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RECURSO DE APELACIÓN CONTENCIOSO-ADMINISTRATIVO</w:t>
      </w:r>
    </w:p>
    <w:p/>
    <w:p>
      <w:pPr>
        <w:jc w:val="center"/>
      </w:pPr>
      <w:r>
        <w:rPr>
          <w:b w:val="0"/>
          <w:sz w:val="20"/>
        </w:rPr>
        <w:t>AL JUZGADO DE LO CONTENCIOSO-ADMINISTRATIVO QUE POR TURNO CORRESPONDA</w:t>
      </w:r>
    </w:p>
    <w:p/>
    <w:p/>
    <w:p>
      <w:r>
        <w:rPr>
          <w:b/>
          <w:sz w:val="20"/>
        </w:rPr>
        <w:t>D./Dña. : ________________________________________________________________</w:t>
      </w:r>
    </w:p>
    <w:p>
      <w:r>
        <w:rPr>
          <w:b w:val="0"/>
          <w:sz w:val="20"/>
        </w:rPr>
        <w:t>Con DNI nº : ____________________________________________________________</w:t>
      </w:r>
    </w:p>
    <w:p>
      <w:r>
        <w:rPr>
          <w:b w:val="0"/>
          <w:sz w:val="20"/>
        </w:rPr>
        <w:t>Con domicilio a efectos de notificaciones en : _____________________________</w:t>
      </w:r>
    </w:p>
    <w:p>
      <w:r>
        <w:rPr>
          <w:b w:val="0"/>
          <w:sz w:val="20"/>
        </w:rPr>
        <w:t>Teléfono : _______________________________________________________________</w:t>
      </w:r>
    </w:p>
    <w:p/>
    <w:p>
      <w:r>
        <w:rPr>
          <w:b/>
          <w:sz w:val="20"/>
        </w:rPr>
        <w:t>Representado/a por D./Dña. : ______________________________________________</w:t>
      </w:r>
    </w:p>
    <w:p>
      <w:r>
        <w:rPr>
          <w:b w:val="0"/>
          <w:sz w:val="20"/>
        </w:rPr>
        <w:t>Con DNI nº : ____________________________________________________________</w:t>
      </w:r>
    </w:p>
    <w:p>
      <w:r>
        <w:rPr>
          <w:b w:val="0"/>
          <w:sz w:val="20"/>
        </w:rPr>
        <w:t>En calidad de : __________________________________________________________</w:t>
      </w:r>
    </w:p>
    <w:p/>
    <w:p>
      <w:r>
        <w:rPr>
          <w:b/>
          <w:sz w:val="20"/>
        </w:rPr>
        <w:t>Y mediante el presente escrito, interpone RECURSO DE APELACIÓN contra la resolución administrativa que se indica a continuación, basándose en los siguientes:</w:t>
      </w:r>
    </w:p>
    <w:p/>
    <w:p>
      <w:r>
        <w:rPr>
          <w:b/>
          <w:sz w:val="20"/>
        </w:rPr>
        <w:t>I. Identificación de la resolución impugnada</w:t>
      </w:r>
    </w:p>
    <w:p>
      <w:r>
        <w:rPr>
          <w:b w:val="0"/>
          <w:sz w:val="20"/>
        </w:rPr>
        <w:t>Resolución administrativa dictada por : ___________________________________</w:t>
      </w:r>
    </w:p>
    <w:p>
      <w:r>
        <w:rPr>
          <w:b w:val="0"/>
          <w:sz w:val="20"/>
        </w:rPr>
        <w:t>Fecha de la resolución : _________________________________________________</w:t>
      </w:r>
    </w:p>
    <w:p>
      <w:r>
        <w:rPr>
          <w:b w:val="0"/>
          <w:sz w:val="20"/>
        </w:rPr>
        <w:t>Número o referencia : ____________________________________________________</w:t>
      </w:r>
    </w:p>
    <w:p/>
    <w:p>
      <w:r>
        <w:rPr>
          <w:b/>
          <w:sz w:val="20"/>
        </w:rPr>
        <w:t>II. Exposición de hechos</w:t>
      </w:r>
    </w:p>
    <w:p>
      <w:r>
        <w:rPr>
          <w:b w:val="0"/>
          <w:sz w:val="20"/>
        </w:rPr>
        <w:t>Se expone lo siguiente: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III. Fundamentos de derecho</w:t>
      </w:r>
    </w:p>
    <w:p>
      <w:r>
        <w:rPr>
          <w:b w:val="0"/>
          <w:sz w:val="20"/>
        </w:rPr>
        <w:t>A continuación se exponen los fundamentos jurídicos en los que se basa el presente recurso: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IV. Petición</w:t>
      </w:r>
    </w:p>
    <w:p>
      <w:r>
        <w:rPr>
          <w:b w:val="0"/>
          <w:sz w:val="20"/>
        </w:rPr>
        <w:t>Por todo lo expuesto, se solicita:</w:t>
      </w:r>
    </w:p>
    <w:p>
      <w:r>
        <w:rPr>
          <w:b w:val="0"/>
          <w:sz w:val="20"/>
        </w:rPr>
        <w:t>1. Que se admita este recurso de apelación.</w:t>
      </w:r>
    </w:p>
    <w:p>
      <w:r>
        <w:rPr>
          <w:b w:val="0"/>
          <w:sz w:val="20"/>
        </w:rPr>
        <w:t>2. Que se revoque la resolución impugnada y en su lugar se dicte la resolución favorable a los intereses del recurrente.</w:t>
      </w:r>
    </w:p>
    <w:p>
      <w:r>
        <w:rPr>
          <w:b w:val="0"/>
          <w:sz w:val="20"/>
        </w:rPr>
        <w:t>3. Que se practiquen las pruebas que se propongan oportunamente.</w:t>
      </w:r>
    </w:p>
    <w:p/>
    <w:p>
      <w:r>
        <w:rPr>
          <w:b/>
          <w:sz w:val="20"/>
        </w:rPr>
        <w:t>V. Documentación que se acompaña</w:t>
      </w:r>
    </w:p>
    <w:p>
      <w:r>
        <w:rPr>
          <w:b w:val="0"/>
          <w:sz w:val="20"/>
        </w:rPr>
        <w:t>- Copia de la resolución impugnada.</w:t>
      </w:r>
    </w:p>
    <w:p>
      <w:r>
        <w:rPr>
          <w:b w:val="0"/>
          <w:sz w:val="20"/>
        </w:rPr>
        <w:t>- Documentos que acreditan la representación.</w:t>
      </w:r>
    </w:p>
    <w:p>
      <w:r>
        <w:rPr>
          <w:b w:val="0"/>
          <w:sz w:val="20"/>
        </w:rPr>
        <w:t>- Otros documentos que se consideren relevantes:</w:t>
      </w:r>
    </w:p>
    <w:p>
      <w:r>
        <w:rPr>
          <w:b w:val="0"/>
          <w:sz w:val="20"/>
        </w:rPr>
        <w:t xml:space="preserve">  ________________________________________________________________</w:t>
      </w:r>
    </w:p>
    <w:p/>
    <w:p/>
    <w:p>
      <w:r>
        <w:rPr>
          <w:b w:val="0"/>
          <w:sz w:val="20"/>
        </w:rPr>
        <w:t>Lugar y fecha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DEL/DE LA RECURRENT(E)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ABOGADO/A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https://lex-administrativo.com/recurso-de-apelacion-contencioso-administrativo-modelo/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recurso-de-apelacion-contencioso-administrativo-model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