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REVISIÓN DE EXAMEN DE OPOSICIÓN</w:t>
      </w:r>
    </w:p>
    <w:p/>
    <w:p/>
    <w:p>
      <w:r>
        <w:rPr>
          <w:b/>
          <w:sz w:val="20"/>
        </w:rPr>
        <w:t>A la atención de la Comisión de Selección de la convocatoria correspondiente:</w:t>
      </w:r>
    </w:p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Solicitud de revisión del examen realizado en el proceso selectivo para la provisión de plazas en el cuerpo/escala/puesto correspondiente, convocatoria publicada en el Boletín Oficial correspondiente.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Que, habiendo recibido la calificación del examen correspondiente al proceso selectivo indicado, deseo formular recurso de revisión del mismo, dado que considero que la calificación otorgada no se ajusta a la valoración objetiva de mis respuestas y méritos.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Ley 39/2015, de 1 de octubre, del Procedimiento Administrativo Común de las Administraciones Públicas.</w:t>
      </w:r>
    </w:p>
    <w:p>
      <w:r>
        <w:rPr>
          <w:b w:val="0"/>
          <w:sz w:val="20"/>
        </w:rPr>
        <w:t>II. Real Decreto 364/1995, de 10 de marzo, por el que se regulan los procesos de selección para ingreso y acceso a los cuerpos de funcionarios de la Administración General del Estado.</w:t>
      </w:r>
    </w:p>
    <w:p>
      <w:r>
        <w:rPr>
          <w:b w:val="0"/>
          <w:sz w:val="20"/>
        </w:rPr>
        <w:t>III. Bases de la convocatoria y normativa específica aplicable al proceso selectivo de referencia.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Que se proceda a la revisión detallada del examen que realicé en el proceso selectivo mencionado, valorando nuevamente los méritos y respuestas aportadas, con la finalidad de que se corrijan posibles errores en la calificación y se me notifique el resultado de dicha revisión.</w:t>
      </w:r>
    </w:p>
    <w:p/>
    <w:p>
      <w:r>
        <w:rPr>
          <w:b w:val="0"/>
          <w:sz w:val="20"/>
        </w:rPr>
        <w:t>En __________________________</w:t>
      </w:r>
    </w:p>
    <w:p>
      <w:r>
        <w:rPr>
          <w:b w:val="0"/>
          <w:sz w:val="20"/>
        </w:rPr>
        <w:t>a ____ de ______________ de 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solicitante: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Documentación adjunta (marcar con X):</w:t>
      </w:r>
    </w:p>
    <w:p>
      <w:r>
        <w:rPr>
          <w:b w:val="0"/>
          <w:sz w:val="20"/>
        </w:rPr>
        <w:t>[  ] Copia del DNI/NIE</w:t>
      </w:r>
    </w:p>
    <w:p>
      <w:r>
        <w:rPr>
          <w:b w:val="0"/>
          <w:sz w:val="20"/>
        </w:rPr>
        <w:t>[  ] Justificante de participación en el proceso selectivo</w:t>
      </w:r>
    </w:p>
    <w:p>
      <w:r>
        <w:rPr>
          <w:b w:val="0"/>
          <w:sz w:val="20"/>
        </w:rPr>
        <w:t>[  ] Copia de la calificación obtenida</w:t>
      </w:r>
    </w:p>
    <w:p>
      <w:r>
        <w:rPr>
          <w:b w:val="0"/>
          <w:sz w:val="20"/>
        </w:rPr>
        <w:t>[  ] Otros documentos (especificar): ________________________________</w:t>
      </w:r>
    </w:p>
    <w:p/>
    <w:p>
      <w:r>
        <w:rPr>
          <w:b w:val="0"/>
          <w:sz w:val="20"/>
        </w:rPr>
        <w:t>Se advierte que la presentación de esta solicitud implica la aceptación expresa de la normativa aplicable y que la revisión se realizará conforme a los procedimientos establecidos.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Recibido por la Comisión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y sellado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https://lex-administrativo.com/modelo-solicitud-revision-examen-oposicion/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revision-examen-oposicion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