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SOLICITUD DE PREMIO DE JUBILACIÓN</w:t>
      </w:r>
    </w:p>
    <w:p/>
    <w:p/>
    <w:p>
      <w:pPr>
        <w:jc w:val="center"/>
      </w:pPr>
      <w:r>
        <w:rPr>
          <w:b/>
          <w:sz w:val="20"/>
        </w:rPr>
        <w:t>A LA JUNTA DE ANDALUCÍA</w:t>
      </w:r>
    </w:p>
    <w:p/>
    <w:p/>
    <w:p>
      <w:r>
        <w:rPr>
          <w:b w:val="0"/>
          <w:sz w:val="20"/>
        </w:rPr>
        <w:t>Dirección General de Empleo y Relaciones Laborales</w:t>
      </w:r>
    </w:p>
    <w:p>
      <w:r>
        <w:rPr>
          <w:b w:val="0"/>
          <w:sz w:val="20"/>
        </w:rPr>
        <w:t>Consejería de Empleo, Formación y Trabajo Autónomo</w:t>
      </w:r>
    </w:p>
    <w:p>
      <w:r>
        <w:rPr>
          <w:b w:val="0"/>
          <w:sz w:val="20"/>
        </w:rPr>
        <w:t>Junta de Andalucía</w:t>
      </w:r>
    </w:p>
    <w:p/>
    <w:p/>
    <w:p>
      <w:r>
        <w:rPr>
          <w:b/>
          <w:sz w:val="20"/>
        </w:rPr>
        <w:t>Datos del solicitante: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NIF / NIE : 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_____________________________________________________________</w:t>
      </w:r>
    </w:p>
    <w:p>
      <w:r>
        <w:rPr>
          <w:b w:val="0"/>
          <w:sz w:val="20"/>
        </w:rPr>
        <w:t>Código Postal : _______________    Localidad : 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Datos de la empresa o entidad empleadora:</w:t>
      </w:r>
    </w:p>
    <w:p>
      <w:r>
        <w:rPr>
          <w:b w:val="0"/>
          <w:sz w:val="20"/>
        </w:rPr>
        <w:t>Denominación social : _________________________________________________</w:t>
      </w:r>
    </w:p>
    <w:p>
      <w:r>
        <w:rPr>
          <w:b w:val="0"/>
          <w:sz w:val="20"/>
        </w:rPr>
        <w:t>CIF : _________________________________________________________________</w:t>
      </w:r>
    </w:p>
    <w:p>
      <w:r>
        <w:rPr>
          <w:b w:val="0"/>
          <w:sz w:val="20"/>
        </w:rPr>
        <w:t>Domicilio social : ______________________________________________________</w:t>
      </w:r>
    </w:p>
    <w:p>
      <w:r>
        <w:rPr>
          <w:b w:val="0"/>
          <w:sz w:val="20"/>
        </w:rPr>
        <w:t>Código Postal : _______________    Localidad : 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EXPONE:</w:t>
      </w:r>
    </w:p>
    <w:p>
      <w:r>
        <w:rPr>
          <w:b w:val="0"/>
          <w:sz w:val="20"/>
        </w:rPr>
        <w:t>1. Que el/la solicitante ha prestado servicios en la empresa o entidad indicada durante el período necesario para tener derecho al premio de jubilación previsto en la normativa vigente de la Junta de Andalucía.</w:t>
      </w:r>
    </w:p>
    <w:p>
      <w:r>
        <w:rPr>
          <w:b w:val="0"/>
          <w:sz w:val="20"/>
        </w:rPr>
        <w:t>2. Que ha cesado en su relación laboral por jubilación conforme a lo establecido en el convenio colectivo o acuerdo aplicable.</w:t>
      </w:r>
    </w:p>
    <w:p>
      <w:r>
        <w:rPr>
          <w:b w:val="0"/>
          <w:sz w:val="20"/>
        </w:rPr>
        <w:t>3. Que presenta la presente solicitud acompañada de la documentación requerida para la tramitación del premio de jubilación.</w:t>
      </w:r>
    </w:p>
    <w:p/>
    <w:p>
      <w:r>
        <w:rPr>
          <w:b/>
          <w:sz w:val="20"/>
        </w:rPr>
        <w:t>SOLICITA:</w:t>
      </w:r>
    </w:p>
    <w:p>
      <w:r>
        <w:rPr>
          <w:b w:val="0"/>
          <w:sz w:val="20"/>
        </w:rPr>
        <w:t>Que se reconozca y abone el premio de jubilación previsto en la normativa aplicable a favor del/la solicitante.</w:t>
      </w:r>
    </w:p>
    <w:p/>
    <w:p>
      <w:r>
        <w:rPr>
          <w:b/>
          <w:sz w:val="20"/>
        </w:rPr>
        <w:t>DOCUMENTACIÓN ADJUNTA:</w:t>
      </w:r>
    </w:p>
    <w:p>
      <w:r>
        <w:rPr>
          <w:b w:val="0"/>
          <w:sz w:val="20"/>
        </w:rPr>
        <w:t>- Copia del DNI/NIE del/la solicitante.</w:t>
      </w:r>
    </w:p>
    <w:p>
      <w:r>
        <w:rPr>
          <w:b w:val="0"/>
          <w:sz w:val="20"/>
        </w:rPr>
        <w:t>- Certificado de la empresa acreditativo de la relación laboral y fecha de jubilación.</w:t>
      </w:r>
    </w:p>
    <w:p>
      <w:r>
        <w:rPr>
          <w:b w:val="0"/>
          <w:sz w:val="20"/>
        </w:rPr>
        <w:t>- Vida laboral actualizada emitida por la Seguridad Social.</w:t>
      </w:r>
    </w:p>
    <w:p>
      <w:r>
        <w:rPr>
          <w:b w:val="0"/>
          <w:sz w:val="20"/>
        </w:rPr>
        <w:t>- Documento bancario para abono del premio (modelo de cuenta bancaria).</w:t>
      </w:r>
    </w:p>
    <w:p/>
    <w:p/>
    <w:p>
      <w:r>
        <w:rPr>
          <w:b w:val="0"/>
          <w:sz w:val="20"/>
        </w:rPr>
        <w:t>Lugar : _____________________________________</w:t>
      </w:r>
    </w:p>
    <w:p>
      <w:r>
        <w:rPr>
          <w:b w:val="0"/>
          <w:sz w:val="20"/>
        </w:rPr>
        <w:t>Fecha : 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del/de la solicitante : 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completo : 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https://lex-administrativo.com/modelo-solicitud-premio-jubilacion-junta-andalucia/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solicitud-premio-jubilacion-junta-andalucia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