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SOLICITUD DE COPIA DE EXÁMENES</w:t>
      </w:r>
    </w:p>
    <w:p/>
    <w:p/>
    <w:p>
      <w:r>
        <w:rPr>
          <w:b/>
          <w:sz w:val="20"/>
        </w:rPr>
        <w:t>DATOS DEL SOLICITANTE:</w:t>
      </w:r>
    </w:p>
    <w:p>
      <w:r>
        <w:rPr>
          <w:b w:val="0"/>
          <w:sz w:val="20"/>
        </w:rPr>
        <w:t>Nombre y Apellidos : ________________________________________________</w:t>
      </w:r>
    </w:p>
    <w:p>
      <w:r>
        <w:rPr>
          <w:b w:val="0"/>
          <w:sz w:val="20"/>
        </w:rPr>
        <w:t>DNI/NIE : ___________________________________________________________</w:t>
      </w:r>
    </w:p>
    <w:p>
      <w:r>
        <w:rPr>
          <w:b w:val="0"/>
          <w:sz w:val="20"/>
        </w:rPr>
        <w:t>Dirección : 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</w:t>
      </w:r>
    </w:p>
    <w:p>
      <w:r>
        <w:rPr>
          <w:b w:val="0"/>
          <w:sz w:val="20"/>
        </w:rPr>
        <w:t>Correo Electrónico : _________________________________________________</w:t>
      </w:r>
    </w:p>
    <w:p/>
    <w:p>
      <w:r>
        <w:rPr>
          <w:b/>
          <w:sz w:val="20"/>
        </w:rPr>
        <w:t>DATOS DEL CENTRO EDUCATIVO:</w:t>
      </w:r>
    </w:p>
    <w:p>
      <w:r>
        <w:rPr>
          <w:b w:val="0"/>
          <w:sz w:val="20"/>
        </w:rPr>
        <w:t>Nombre del centro : _________________________________________________</w:t>
      </w:r>
    </w:p>
    <w:p>
      <w:r>
        <w:rPr>
          <w:b w:val="0"/>
          <w:sz w:val="20"/>
        </w:rPr>
        <w:t>Dirección : __________________________________________________________</w:t>
      </w:r>
    </w:p>
    <w:p>
      <w:r>
        <w:rPr>
          <w:b w:val="0"/>
          <w:sz w:val="20"/>
        </w:rPr>
        <w:t>Municipio : __________________________________________________________</w:t>
      </w:r>
    </w:p>
    <w:p/>
    <w:p>
      <w:r>
        <w:rPr>
          <w:b/>
          <w:sz w:val="20"/>
        </w:rPr>
        <w:t>ASUNTO:</w:t>
      </w:r>
    </w:p>
    <w:p>
      <w:r>
        <w:rPr>
          <w:b w:val="0"/>
          <w:sz w:val="20"/>
        </w:rPr>
        <w:t>Solicitud de copia de exámenes realizados en el centro educativo mencionado.</w:t>
      </w:r>
    </w:p>
    <w:p/>
    <w:p>
      <w:r>
        <w:rPr>
          <w:b/>
          <w:sz w:val="20"/>
        </w:rPr>
        <w:t>EXPONGO:</w:t>
      </w:r>
    </w:p>
    <w:p>
      <w:r>
        <w:rPr>
          <w:b w:val="0"/>
          <w:sz w:val="20"/>
        </w:rPr>
        <w:t>Que, en calidad de alumno/a que cursó estudios en el centro educativo arriba indicado,</w:t>
      </w:r>
    </w:p>
    <w:p>
      <w:r>
        <w:rPr>
          <w:b w:val="0"/>
          <w:sz w:val="20"/>
        </w:rPr>
        <w:t>solicito formalmente obtener copia de los exámenes realizados durante el curso académico</w:t>
      </w:r>
    </w:p>
    <w:p>
      <w:r>
        <w:rPr>
          <w:b w:val="0"/>
          <w:sz w:val="20"/>
        </w:rPr>
        <w:t>correspondiente a las materias que se indican a continuación.</w:t>
      </w:r>
    </w:p>
    <w:p/>
    <w:p>
      <w:r>
        <w:rPr>
          <w:b/>
          <w:sz w:val="20"/>
        </w:rPr>
        <w:t>Relación de exámenes solicitados:</w:t>
      </w:r>
    </w:p>
    <w:p>
      <w:r>
        <w:rPr>
          <w:b w:val="0"/>
          <w:sz w:val="20"/>
        </w:rPr>
        <w:t>- 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</w:t>
      </w:r>
    </w:p>
    <w:p/>
    <w:p>
      <w:r>
        <w:rPr>
          <w:b/>
          <w:sz w:val="20"/>
        </w:rPr>
        <w:t>FUNDAMENTO JURÍDICO:</w:t>
      </w:r>
    </w:p>
    <w:p>
      <w:r>
        <w:rPr>
          <w:b w:val="0"/>
          <w:sz w:val="20"/>
        </w:rPr>
        <w:t>Esta solicitud se realiza en virtud de lo establecido en la Ley Orgánica 3/2018, de 5 de diciembre,</w:t>
      </w:r>
    </w:p>
    <w:p>
      <w:r>
        <w:rPr>
          <w:b w:val="0"/>
          <w:sz w:val="20"/>
        </w:rPr>
        <w:t>de Protección de Datos Personales y garantía de los derechos digitales, y en el Real Decreto 1105/2014,</w:t>
      </w:r>
    </w:p>
    <w:p>
      <w:r>
        <w:rPr>
          <w:b w:val="0"/>
          <w:sz w:val="20"/>
        </w:rPr>
        <w:t>de 26 de diciembre, por el que se establece el currículo básico de la educación secundaria obligatoria y</w:t>
      </w:r>
    </w:p>
    <w:p>
      <w:r>
        <w:rPr>
          <w:b w:val="0"/>
          <w:sz w:val="20"/>
        </w:rPr>
        <w:t>del bachillerato, que regulan el acceso y revisión de las evaluaciones y exámenes realizados.</w:t>
      </w:r>
    </w:p>
    <w:p/>
    <w:p>
      <w:r>
        <w:rPr>
          <w:b/>
          <w:sz w:val="20"/>
        </w:rPr>
        <w:t>SOLICITO:</w:t>
      </w:r>
    </w:p>
    <w:p>
      <w:r>
        <w:rPr>
          <w:b w:val="0"/>
          <w:sz w:val="20"/>
        </w:rPr>
        <w:t>Que se me facilite copia de los exámenes antes mencionados en el plazo legal establecido.</w:t>
      </w:r>
    </w:p>
    <w:p>
      <w:r>
        <w:rPr>
          <w:b w:val="0"/>
          <w:sz w:val="20"/>
        </w:rPr>
        <w:t>Asimismo, solicito que dicha copia sea entregada en la dirección antes indicada o, en su defecto, en</w:t>
      </w:r>
    </w:p>
    <w:p>
      <w:r>
        <w:rPr>
          <w:b w:val="0"/>
          <w:sz w:val="20"/>
        </w:rPr>
        <w:t>la dirección de correo electrónico facilitada.</w:t>
      </w:r>
    </w:p>
    <w:p/>
    <w:p/>
    <w:p>
      <w:r>
        <w:rPr>
          <w:b w:val="0"/>
          <w:sz w:val="20"/>
        </w:rPr>
        <w:t>Lugar y fecha de la firma 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SOLICITANTE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REPRESENTANTE DEL CENTRO (si procede)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https://lex-administrativo.com/modelo-solicitud-copia-examenes/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modelo-solicitud-copia-examenes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