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SOLICITUD DE COMPLEMENTO POR MATERNIDAD PARA CLASES PASIVAS</w:t>
      </w:r>
    </w:p>
    <w:p/>
    <w:p/>
    <w:p>
      <w:r>
        <w:rPr>
          <w:b w:val="0"/>
          <w:sz w:val="20"/>
        </w:rPr>
        <w:t>Ilustrísima/o Sra./Sr. Director/a General de Clases Pasivas</w:t>
      </w:r>
    </w:p>
    <w:p>
      <w:r>
        <w:rPr>
          <w:b w:val="0"/>
          <w:sz w:val="20"/>
        </w:rPr>
        <w:t>Ministerio de Hacienda y Función Pública</w:t>
      </w:r>
    </w:p>
    <w:p>
      <w:r>
        <w:rPr>
          <w:b w:val="0"/>
          <w:sz w:val="20"/>
        </w:rPr>
        <w:t>Presente</w:t>
      </w:r>
    </w:p>
    <w:p/>
    <w:p/>
    <w:p>
      <w:r>
        <w:rPr>
          <w:b w:val="0"/>
          <w:sz w:val="20"/>
        </w:rPr>
        <w:t>D./Dña. ____________________________________________________________, con DNI/NIE nº ________________, y domicilio a efectos de notificación en ____________________________________________________________, teléfono ________________, y correo electrónico _______________________________,</w:t>
      </w:r>
    </w:p>
    <w:p>
      <w:r>
        <w:rPr>
          <w:b w:val="0"/>
          <w:sz w:val="20"/>
        </w:rPr>
        <w:t>en su condición de pensionista de Clases Pasivas, con número de expediente ___________________, comparece y EXPONE:</w:t>
      </w:r>
    </w:p>
    <w:p/>
    <w:p>
      <w:r>
        <w:rPr>
          <w:b w:val="0"/>
          <w:sz w:val="20"/>
        </w:rPr>
        <w:t>Que, conforme a lo establecido en el artículo 60 de la Ley 27/2011, de 1 de agosto, sobre actualización, adecuación y modernización del sistema de Seguridad Social, tiene derecho a percibir un complemento a su pensión en concepto de maternidad derivado de haber sido madre con anterioridad a la entrada en vigor de dicha ley.</w:t>
      </w:r>
    </w:p>
    <w:p>
      <w:r>
        <w:rPr>
          <w:b w:val="0"/>
          <w:sz w:val="20"/>
        </w:rPr>
        <w:t>Que, con el fin de que se reconozca y abone dicho complemento, presenta la presente solicitud acompañando la documentación acreditativa correspondiente, en los términos y condiciones previstos en la normativa vigente.</w:t>
      </w:r>
    </w:p>
    <w:p/>
    <w:p>
      <w:r>
        <w:rPr>
          <w:b w:val="0"/>
          <w:sz w:val="20"/>
        </w:rPr>
        <w:t>Por todo lo expuesto,</w:t>
      </w:r>
    </w:p>
    <w:p>
      <w:r>
        <w:rPr>
          <w:b w:val="0"/>
          <w:sz w:val="20"/>
        </w:rPr>
        <w:t>SOLICITA:</w:t>
      </w:r>
    </w:p>
    <w:p>
      <w:r>
        <w:rPr>
          <w:b w:val="0"/>
          <w:sz w:val="20"/>
        </w:rPr>
        <w:t>Que se reconozca y abone el complemento de maternidad al que tiene derecho conforme a la legislación vigente, practicando las correspondientes liquidaciones y ajustes en la pensión de Clases Pasivas que percibe.</w:t>
      </w:r>
    </w:p>
    <w:p/>
    <w:p>
      <w:r>
        <w:rPr>
          <w:b/>
          <w:sz w:val="20"/>
        </w:rPr>
        <w:t>DOCUMENTACIÓN ADJUNTA:</w:t>
      </w:r>
    </w:p>
    <w:p>
      <w:r>
        <w:rPr>
          <w:b w:val="0"/>
          <w:sz w:val="20"/>
        </w:rPr>
        <w:t>- Copia del DNI/NIE.</w:t>
      </w:r>
    </w:p>
    <w:p>
      <w:r>
        <w:rPr>
          <w:b w:val="0"/>
          <w:sz w:val="20"/>
        </w:rPr>
        <w:t>- Certificado de nacimiento de los hijos/as objeto del complemento.</w:t>
      </w:r>
    </w:p>
    <w:p>
      <w:r>
        <w:rPr>
          <w:b w:val="0"/>
          <w:sz w:val="20"/>
        </w:rPr>
        <w:t>- Certificación o resolución previa que reconozca o acredite la condición de pensionista de Clases Pasivas.</w:t>
      </w:r>
    </w:p>
    <w:p>
      <w:r>
        <w:rPr>
          <w:b w:val="0"/>
          <w:sz w:val="20"/>
        </w:rPr>
        <w:t>- Cualquier otro documento que se considere pertinente para la valoración de la solicitud.</w:t>
      </w:r>
    </w:p>
    <w:p/>
    <w:p>
      <w:r>
        <w:rPr>
          <w:b w:val="0"/>
          <w:sz w:val="20"/>
        </w:rPr>
        <w:t>En ____________________________</w:t>
      </w:r>
    </w:p>
    <w:p>
      <w:r>
        <w:rPr>
          <w:b w:val="0"/>
          <w:sz w:val="20"/>
        </w:rPr>
        <w:t>Sin fecha</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Firma del/de la solicitante</w:t>
            </w:r>
          </w:p>
        </w:tc>
      </w:tr>
      <w:tr>
        <w:tc>
          <w:tcPr>
            <w:tcW w:type="dxa" w:w="9972"/>
            <w:tcBorders>
              <w:top w:val="nil"/>
              <w:left w:val="nil"/>
              <w:bottom w:val="nil"/>
              <w:right w:val="nil"/>
              <w:insideH w:val="nil"/>
              <w:insideV w:val="nil"/>
            </w:tcBorders>
          </w:tcPr>
          <w:p>
            <w:pPr>
              <w:jc w:val="center"/>
            </w:pPr>
            <w:r>
              <w:br/>
              <w:br/>
              <w:t>__________________________________________</w:t>
            </w:r>
          </w:p>
        </w:tc>
      </w:tr>
    </w:tbl>
    <w:p/>
    <w:p/>
    <w:p>
      <w:r>
        <w:rPr>
          <w:b w:val="0"/>
          <w:sz w:val="20"/>
        </w:rPr>
        <w:t>Nota: La presentación de esta solicitud implica la autorización para que el órgano gestor pueda recabar los datos necesarios para la tramitación del expediente en los términos previstos en la normativa de protección de datos.</w:t>
      </w:r>
    </w:p>
    <w:p/>
    <w:p>
      <w:r>
        <w:br w:type="page"/>
      </w:r>
    </w:p>
    <w:p>
      <w:pPr>
        <w:jc w:val="center"/>
      </w:pPr>
      <w:r>
        <w:rPr>
          <w:color w:val="555555"/>
          <w:sz w:val="24"/>
        </w:rPr>
        <w:t>Fuente original de este documento:</w:t>
      </w:r>
    </w:p>
    <w:p>
      <w:pPr>
        <w:jc w:val="center"/>
      </w:pPr>
      <w:hyperlink r:id="rId9">
        <w:r>
          <w:rPr>
            <w:color w:val="0000FF"/>
            <w:u w:val="single"/>
          </w:rPr>
          <w:t>https://lex-administrativo.com/modelo-solicitud-complemento-maternidad-clases-pasivas/</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https://lex-administrativo.com</w:t>
        </w:r>
      </w:hyperlink>
    </w:p>
    <w:p>
      <w:pPr>
        <w:jc w:val="center"/>
      </w:pPr>
      <w:r>
        <w:rPr>
          <w:color w:val="808080"/>
          <w:sz w:val="20"/>
        </w:rPr>
        <w:t>Esta plantilla está destinada exclusivamente para uso personal y no comercial.</w:t>
        <w:br/>
        <w:t>En caso de distribución o publicación, es obligatorio mencionar la fuente. © lex-administrativo.com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administrativo.com/modelo-solicitud-complemento-maternidad-clases-pasivas/" TargetMode="External"/><Relationship Id="rId10" Type="http://schemas.openxmlformats.org/officeDocument/2006/relationships/hyperlink" Target="https://lex-administrativ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