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CERTIFICADO DE SERVICIO MILITAR</w:t>
      </w:r>
    </w:p>
    <w:p/>
    <w:p/>
    <w:p>
      <w:r>
        <w:rPr>
          <w:b/>
          <w:sz w:val="20"/>
        </w:rPr>
        <w:t>D./Dña. : ________________________________________________________________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</w:t>
      </w:r>
    </w:p>
    <w:p>
      <w:r>
        <w:rPr>
          <w:b w:val="0"/>
          <w:sz w:val="20"/>
        </w:rPr>
        <w:t>Fecha y lugar de nacimiento : 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Código Postal : ___________________    Localidad : ________________________</w:t>
      </w:r>
    </w:p>
    <w:p>
      <w:r>
        <w:rPr>
          <w:b w:val="0"/>
          <w:sz w:val="20"/>
        </w:rPr>
        <w:t>Provincia : _______________________________________________________________</w:t>
      </w:r>
    </w:p>
    <w:p/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Que, conforme a lo dispuesto en la Ley 39/2007, de 19 de noviembre, del Estatuto del Personal Militar y demás normativa vigente en materia de servicio militar, solicita la expedición del certificado de servicio militar que acredite su situación actual frente al Servicio Militar.</w:t>
      </w:r>
    </w:p>
    <w:p/>
    <w:p>
      <w:r>
        <w:rPr>
          <w:b/>
          <w:sz w:val="20"/>
        </w:rPr>
        <w:t>Por lo expuesto, SOLICITO</w:t>
      </w:r>
    </w:p>
    <w:p>
      <w:r>
        <w:rPr>
          <w:b w:val="0"/>
          <w:sz w:val="20"/>
        </w:rPr>
        <w:t>Que se expida el correspondiente certificado de servicio militar a mi nombre, conforme a los datos aportados y a la normativa aplicable.</w:t>
      </w:r>
    </w:p>
    <w:p/>
    <w:p/>
    <w:p>
      <w:r>
        <w:rPr>
          <w:b w:val="0"/>
          <w:sz w:val="20"/>
        </w:rPr>
        <w:t>En ___________________________, a ______ de ______________________ de 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Oficina Militar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y sello: __________________________</w:t>
            </w:r>
          </w:p>
        </w:tc>
      </w:tr>
    </w:tbl>
    <w:p/>
    <w:p/>
    <w:p>
      <w:r>
        <w:rPr>
          <w:b/>
          <w:sz w:val="20"/>
        </w:rPr>
        <w:t>NOTA</w:t>
      </w:r>
    </w:p>
    <w:p>
      <w:r>
        <w:rPr>
          <w:b w:val="0"/>
          <w:sz w:val="20"/>
        </w:rPr>
        <w:t>El solicitante debe adjuntar fotocopia del DNI/NIE y cualquier documentación adicional que justifique la solicitud del certificado. La expedición del certificado se realizará conforme a la normativa aplicable y con los datos obrantes en los registros militares.</w:t>
      </w:r>
    </w:p>
    <w:p/>
    <w:p>
      <w:r>
        <w:rPr>
          <w:b w:val="0"/>
          <w:sz w:val="20"/>
        </w:rPr>
        <w:t>Esta solicitud se realiza en cumplimiento de lo establecido en la Ley 39/2007, de 19 de noviembre, y demás disposiciones vigentes en materia de servicio militar y personal militar en España.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https://lex-administrativo.com/modelo-solicitud-certificado-servicio-militar/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certificado-servicio-militar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