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SOLICITUD DE BAJA DE DATOS PERSONALES</w:t>
      </w:r>
    </w:p>
    <w:p/>
    <w:p>
      <w:r>
        <w:rPr>
          <w:b/>
          <w:sz w:val="20"/>
        </w:rPr>
        <w:t>AL RESPONSABLE DEL TRATAMIENTO DE DATOS:</w:t>
      </w:r>
    </w:p>
    <w:p/>
    <w:p>
      <w:r>
        <w:rPr>
          <w:b w:val="0"/>
          <w:sz w:val="20"/>
        </w:rPr>
        <w:t>En virtud del derecho de supresión establecido en el artículo 17 del Reglamento (UE) 2016/679 del Parlamento Europeo y del Consejo, de 27 de abril de 2016 (Reglamento General de Protección de Datos), y demás normativa aplicable, por la presente solicito la baja y supresión de mis datos personales que obren en sus ficheros o bases de datos, sin que obste obligación legal alguna para su conservación.</w:t>
      </w:r>
    </w:p>
    <w:p/>
    <w:p>
      <w:r>
        <w:rPr>
          <w:b/>
          <w:sz w:val="20"/>
        </w:rPr>
        <w:t>DATOS PERSONALES DEL INTERESADO:</w:t>
      </w:r>
    </w:p>
    <w:p>
      <w:r>
        <w:rPr>
          <w:b w:val="0"/>
          <w:sz w:val="20"/>
        </w:rPr>
        <w:t>Nombre y Apellidos : ________________________________________________________</w:t>
      </w:r>
    </w:p>
    <w:p>
      <w:r>
        <w:rPr>
          <w:b w:val="0"/>
          <w:sz w:val="20"/>
        </w:rPr>
        <w:t>DNI/NIE/Pasaporte : __________________________________________________________</w:t>
      </w:r>
    </w:p>
    <w:p>
      <w:r>
        <w:rPr>
          <w:b w:val="0"/>
          <w:sz w:val="20"/>
        </w:rPr>
        <w:t>Dirección : _________________________________________________________________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_________________________________________________________________</w:t>
      </w:r>
    </w:p>
    <w:p>
      <w:r>
        <w:rPr>
          <w:b w:val="0"/>
          <w:sz w:val="20"/>
        </w:rPr>
        <w:t>Correo electrónico : _________________________________________________________</w:t>
      </w:r>
    </w:p>
    <w:p/>
    <w:p>
      <w:r>
        <w:rPr>
          <w:b/>
          <w:sz w:val="20"/>
        </w:rPr>
        <w:t>IDENTIFICACIÓN DEL TRATAMIENTO DE DATOS:</w:t>
      </w:r>
    </w:p>
    <w:p>
      <w:r>
        <w:rPr>
          <w:b w:val="0"/>
          <w:sz w:val="20"/>
        </w:rPr>
        <w:t>Entidad / Responsable : ______________________________________________________</w:t>
      </w:r>
    </w:p>
    <w:p>
      <w:r>
        <w:rPr>
          <w:b w:val="0"/>
          <w:sz w:val="20"/>
        </w:rPr>
        <w:t>Departamento o área : _______________________________________________________</w:t>
      </w:r>
    </w:p>
    <w:p>
      <w:r>
        <w:rPr>
          <w:b w:val="0"/>
          <w:sz w:val="20"/>
        </w:rPr>
        <w:t>Descripción del tratamiento (si procede) : ______________________________________</w:t>
      </w:r>
    </w:p>
    <w:p/>
    <w:p>
      <w:r>
        <w:rPr>
          <w:b/>
          <w:sz w:val="20"/>
        </w:rPr>
        <w:t>FUNDAMENTOS Y MOTIVOS DE LA SOLICITUD:</w:t>
      </w:r>
    </w:p>
    <w:p>
      <w:r>
        <w:rPr>
          <w:b w:val="0"/>
          <w:sz w:val="20"/>
        </w:rPr>
        <w:t xml:space="preserve"> - Solicito la supresión de todos mis datos personales en el citado tratamiento, salvo aquellos que, de acuerdo con la normativa vigente, deban conservarse obligatoriamente.</w:t>
      </w:r>
    </w:p>
    <w:p>
      <w:r>
        <w:rPr>
          <w:b w:val="0"/>
          <w:sz w:val="20"/>
        </w:rPr>
        <w:t xml:space="preserve"> - Declaro que no existe impedimento legal para la supresión solicitada.</w:t>
      </w:r>
    </w:p>
    <w:p>
      <w:r>
        <w:rPr>
          <w:b w:val="0"/>
          <w:sz w:val="20"/>
        </w:rPr>
        <w:t xml:space="preserve"> - En caso de existir datos de terceros relacionados, solicito que se adopten las medidas necesarias para preservar sus derechos y evitar perjuicios.</w:t>
      </w:r>
    </w:p>
    <w:p/>
    <w:p>
      <w:r>
        <w:rPr>
          <w:b w:val="0"/>
          <w:sz w:val="20"/>
        </w:rPr>
        <w:t>DECLARO que los datos facilitados son ciertos y que soy titular de los mismos, y autorizo la tramitación de esta solicitud conforme a la normativa vigente en materia de protección de datos.</w:t>
      </w:r>
    </w:p>
    <w:p/>
    <w:p/>
    <w:p>
      <w:r>
        <w:rPr>
          <w:b w:val="0"/>
          <w:sz w:val="20"/>
        </w:rPr>
        <w:t>Lugar y fecha : 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interesado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Responsable (acuse de recibo)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https://lex-administrativo.com/modelo-solicitud-baja-datos-personales/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https://lex-administrativo.com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administrativo.com/modelo-solicitud-baja-datos-personales/" TargetMode="External"/><Relationship Id="rId10" Type="http://schemas.openxmlformats.org/officeDocument/2006/relationships/hyperlink" Target="https://lex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