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RENUNCIA VOLUNTARIA COMO FUNCIONARIO INTERINO</w:t>
      </w:r>
    </w:p>
    <w:p/>
    <w:p/>
    <w:p>
      <w:r>
        <w:rPr>
          <w:b/>
          <w:sz w:val="20"/>
        </w:rPr>
        <w:t>A la atención del órgano competente,</w:t>
      </w:r>
    </w:p>
    <w:p/>
    <w:p>
      <w:r>
        <w:rPr>
          <w:b w:val="0"/>
          <w:sz w:val="20"/>
        </w:rPr>
        <w:t>Don/Doña _______________________________________________________________, con DNI/NIE nº _________________________, y en calidad de funcionario/a interino/a de la administración pública en el puesto de _______________________________________________________________,</w:t>
      </w:r>
    </w:p>
    <w:p>
      <w:r>
        <w:rPr>
          <w:b w:val="0"/>
          <w:sz w:val="20"/>
        </w:rPr>
        <w:t>MANIFIESTA:</w:t>
      </w:r>
    </w:p>
    <w:p/>
    <w:p>
      <w:r>
        <w:rPr>
          <w:b w:val="0"/>
          <w:sz w:val="20"/>
        </w:rPr>
        <w:t>PRIMERO.- Que presta servicios en régimen de interinidad en la Administración Pública de ______________________________________________, conforme a la legislación vigente.</w:t>
      </w:r>
    </w:p>
    <w:p>
      <w:r>
        <w:rPr>
          <w:b w:val="0"/>
          <w:sz w:val="20"/>
        </w:rPr>
        <w:t>SEGUNDO.- Que por motivos personales y de forma voluntaria, desea renunciar a la condición de funcionario/a interino/a y, por ende, a la prestación de los servicios que viene desempeñando.</w:t>
      </w:r>
    </w:p>
    <w:p/>
    <w:p>
      <w:r>
        <w:rPr>
          <w:b w:val="0"/>
          <w:sz w:val="20"/>
        </w:rPr>
        <w:t>Por todo lo expuesto, y en uso de las facultades que me asisten,</w:t>
      </w:r>
    </w:p>
    <w:p>
      <w:r>
        <w:rPr>
          <w:b w:val="0"/>
          <w:sz w:val="20"/>
        </w:rPr>
        <w:t>SOLICITO:</w:t>
      </w:r>
    </w:p>
    <w:p/>
    <w:p>
      <w:r>
        <w:rPr>
          <w:b w:val="0"/>
          <w:sz w:val="20"/>
        </w:rPr>
        <w:t>Que se tenga por presentada mi renuncia voluntaria al cargo de funcionario/a interino/a que desempeño en esta administración, procediéndose a darla por aceptada en los términos legalmente establecidos.</w:t>
      </w:r>
    </w:p>
    <w:p/>
    <w:p/>
    <w:p>
      <w:r>
        <w:rPr>
          <w:b w:val="0"/>
          <w:sz w:val="20"/>
        </w:rPr>
        <w:t>En ____________________________, a __________ de ______________ de ________.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FUNCIONARIO/A INTERINO/A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</w:t>
            </w:r>
          </w:p>
        </w:tc>
      </w:tr>
    </w:tbl>
    <w:p/>
    <w:p/>
    <w:p>
      <w:r>
        <w:rPr>
          <w:b/>
          <w:sz w:val="20"/>
        </w:rPr>
        <w:t>Recibido en la administración:</w:t>
      </w:r>
    </w:p>
    <w:p>
      <w:r>
        <w:rPr>
          <w:b w:val="0"/>
          <w:sz w:val="20"/>
        </w:rPr>
        <w:t>Fecha de recepción : ____________________________</w:t>
      </w:r>
    </w:p>
    <w:p>
      <w:r>
        <w:rPr>
          <w:b w:val="0"/>
          <w:sz w:val="20"/>
        </w:rPr>
        <w:t>Firma y sello del órgano receptor : 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https://lex-administrativo.com/modelo-renuncia-voluntaria-funcionario-interino/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nuncia-voluntaria-funcionario-interin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