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RENUNCIA AL CARGO DE CONCEJAL</w:t>
      </w:r>
    </w:p>
    <w:p/>
    <w:p/>
    <w:p>
      <w:r>
        <w:rPr>
          <w:b w:val="0"/>
          <w:sz w:val="20"/>
        </w:rPr>
        <w:t>Yo, Don/Doña ________________________________________________, mayor de edad, con Documento Nacional de Identidad número ____________________________, y domicilio en _________________________________________________, en pleno uso de mis facultades y conforme a la legislación vigente, manifiesto mi voluntad libre, expresa y voluntaria de renunciar al cargo de Concejal que ostento en el Ayuntamiento de __________________________.</w:t>
      </w:r>
    </w:p>
    <w:p/>
    <w:p/>
    <w:p>
      <w:r>
        <w:rPr>
          <w:b/>
          <w:sz w:val="20"/>
        </w:rPr>
        <w:t>EXPONGO:</w:t>
      </w:r>
    </w:p>
    <w:p>
      <w:r>
        <w:rPr>
          <w:b w:val="0"/>
          <w:sz w:val="20"/>
        </w:rPr>
        <w:t>Primero. Que por motivos personales/profesionales que impiden el correcto desempeño de las funciones inherentes a dicho cargo, he decidido presentar mi renuncia.</w:t>
      </w:r>
    </w:p>
    <w:p/>
    <w:p>
      <w:r>
        <w:rPr>
          <w:b w:val="0"/>
          <w:sz w:val="20"/>
        </w:rPr>
        <w:t>Segundo. Que, conforme a lo establecido en la Ley Orgánica 5/1985, de 19 de junio, del Régimen Electoral General, y demás normativa aplicable, procederé a cumplir con los requisitos legales para formalizar esta renuncia.</w:t>
      </w:r>
    </w:p>
    <w:p/>
    <w:p/>
    <w:p>
      <w:r>
        <w:rPr>
          <w:b/>
          <w:sz w:val="20"/>
        </w:rPr>
        <w:t>SOLICITO:</w:t>
      </w:r>
    </w:p>
    <w:p>
      <w:r>
        <w:rPr>
          <w:b w:val="0"/>
          <w:sz w:val="20"/>
        </w:rPr>
        <w:t>Que teniendo por presentada la presente renuncia, se tenga por cesado de mi cargo como Concejal en el Ayuntamiento de ____________________________, con todos los efectos legales que de ello se deriven.</w:t>
      </w:r>
    </w:p>
    <w:p/>
    <w:p/>
    <w:p>
      <w:r>
        <w:rPr>
          <w:b w:val="0"/>
          <w:sz w:val="20"/>
        </w:rPr>
        <w:t>En ____________________________, a 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DEL/DE LA RENUNCIANTE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DEL/DE LA ACUERDO DE RECEPCIÓN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____________________________</w:t>
              <w:br/>
              <w:t>Nombre: 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____________________________</w:t>
              <w:br/>
              <w:t>Nombre: 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https://lex-administrativo.com/modelo-renuncia-concejal/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https://lex-administrativo.com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administrativo.com/modelo-renuncia-concejal/" TargetMode="External"/><Relationship Id="rId10" Type="http://schemas.openxmlformats.org/officeDocument/2006/relationships/hyperlink" Target="https://lex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