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DE ALZADA CONTRA NOTIFICACIÓN DE MULTA DE LA POLICÍA LOCAL</w:t>
      </w:r>
    </w:p>
    <w:p/>
    <w:p/>
    <w:p>
      <w:r>
        <w:rPr>
          <w:b/>
          <w:sz w:val="20"/>
        </w:rPr>
        <w:t>AL EXCMO. SR. ALCALDE-PRESIDENTE DEL AYUNTAMIENTO DE __________________</w:t>
      </w:r>
    </w:p>
    <w:p/>
    <w:p>
      <w:r>
        <w:rPr>
          <w:b/>
          <w:sz w:val="20"/>
        </w:rPr>
        <w:t>Datos del interesado que presenta el recurso 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Domicilio a efectos de notificaciones : ______________________________</w:t>
      </w:r>
    </w:p>
    <w:p>
      <w:r>
        <w:rPr>
          <w:b w:val="0"/>
          <w:sz w:val="20"/>
        </w:rPr>
        <w:t>Código Postal : ______________  Municipio : __________________________</w:t>
      </w:r>
    </w:p>
    <w:p>
      <w:r>
        <w:rPr>
          <w:b w:val="0"/>
          <w:sz w:val="20"/>
        </w:rPr>
        <w:t>Provincia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/>
    <w:p>
      <w:r>
        <w:rPr>
          <w:b/>
          <w:sz w:val="20"/>
        </w:rPr>
        <w:t>Antecedentes :</w:t>
      </w:r>
    </w:p>
    <w:p>
      <w:r>
        <w:rPr>
          <w:b w:val="0"/>
          <w:sz w:val="20"/>
        </w:rPr>
        <w:t>Que en fecha ______________ he recibido notificación de sanción administrativa, identificada con expediente nº ____________________, por supuesta infracción de tráfico cometida en ______________________________, según consta en el acta de denuncia de la Policía Local.</w:t>
      </w:r>
    </w:p>
    <w:p/>
    <w:p>
      <w:r>
        <w:rPr>
          <w:b/>
          <w:sz w:val="20"/>
        </w:rPr>
        <w:t>Fundamentos de Derecho :</w:t>
      </w:r>
    </w:p>
    <w:p>
      <w:r>
        <w:rPr>
          <w:b w:val="0"/>
          <w:sz w:val="20"/>
        </w:rPr>
        <w:t>Primero.- Conforme a lo establecido en la Ley 39/2015, de 1 de octubre, del Procedimiento Administrativo Común de las Administraciones Públicas, y la Ley 2/2011, de 4 de marzo, de Protección de la Seguridad Ciudadana, procede interponer recurso de alzada contra la citada resolución sancionadora.</w:t>
      </w:r>
    </w:p>
    <w:p/>
    <w:p>
      <w:r>
        <w:rPr>
          <w:b w:val="0"/>
          <w:sz w:val="20"/>
        </w:rPr>
        <w:t>Segundo.- La presunta infracción no se ajusta a derecho porque ____________________ ______________________________________________________________, por lo que se solicita la anulación total/parcial de la sanción impuesta.</w:t>
      </w:r>
    </w:p>
    <w:p/>
    <w:p>
      <w:r>
        <w:rPr>
          <w:b w:val="0"/>
          <w:sz w:val="20"/>
        </w:rPr>
        <w:t>Tercero.- En base a los hechos anteriores y a la normativa vigente, solicito que se estime el presente recurso y se revoque la sanción impuesta.</w:t>
      </w:r>
    </w:p>
    <w:p/>
    <w:p>
      <w:r>
        <w:rPr>
          <w:b/>
          <w:sz w:val="20"/>
        </w:rPr>
        <w:t>Por todo lo expuesto, SOLICITO :</w:t>
      </w:r>
    </w:p>
    <w:p>
      <w:r>
        <w:rPr>
          <w:b w:val="0"/>
          <w:sz w:val="20"/>
        </w:rPr>
        <w:t>Que se tenga por presentado este recurso de alzada contra la notificación de multa referida, y en su virtud se estime y acuerde la revocación de la sanción impuesta, con la consecuente sobreseimiento del procedimiento sancionador.</w:t>
      </w:r>
    </w:p>
    <w:p/>
    <w:p/>
    <w:p>
      <w:r>
        <w:rPr>
          <w:b w:val="0"/>
          <w:sz w:val="20"/>
        </w:rPr>
        <w:t>En ____________________, a ______________________________</w:t>
      </w:r>
    </w:p>
    <w:p/>
    <w:p/>
    <w:p/>
    <w:p>
      <w:pPr>
        <w:jc w:val="center"/>
      </w:pPr>
      <w:r>
        <w:rPr>
          <w:b w:val="0"/>
          <w:sz w:val="20"/>
        </w:rPr>
        <w:t>Firma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DNI/NIE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Fecha de presentación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Número de expediente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https://lex-administrativo.com/modelo-recurso-multa-policia-local/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urso-multa-policia-local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