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SANITARIA ANTE SACyL</w:t>
      </w:r>
    </w:p>
    <w:p/>
    <w:p/>
    <w:p>
      <w:r>
        <w:rPr>
          <w:b/>
          <w:sz w:val="20"/>
        </w:rPr>
        <w:t>DATOS DEL RECLAMANTE:</w:t>
      </w:r>
    </w:p>
    <w:p>
      <w:r>
        <w:rPr>
          <w:b w:val="0"/>
          <w:sz w:val="20"/>
        </w:rPr>
        <w:t>Nombre y Apellidos: ______________________________________________</w:t>
      </w:r>
    </w:p>
    <w:p>
      <w:r>
        <w:rPr>
          <w:b w:val="0"/>
          <w:sz w:val="20"/>
        </w:rPr>
        <w:t>DNI/NIE: _________________________________________________________</w:t>
      </w:r>
    </w:p>
    <w:p>
      <w:r>
        <w:rPr>
          <w:b w:val="0"/>
          <w:sz w:val="20"/>
        </w:rPr>
        <w:t>Domicilio: ________________________________________________________</w:t>
      </w:r>
    </w:p>
    <w:p>
      <w:r>
        <w:rPr>
          <w:b w:val="0"/>
          <w:sz w:val="20"/>
        </w:rPr>
        <w:t>Teléfono: _________________________________________________________</w:t>
      </w:r>
    </w:p>
    <w:p>
      <w:r>
        <w:rPr>
          <w:b w:val="0"/>
          <w:sz w:val="20"/>
        </w:rPr>
        <w:t>Correo electrónico: ________________________________________________</w:t>
      </w:r>
    </w:p>
    <w:p/>
    <w:p>
      <w:r>
        <w:rPr>
          <w:b/>
          <w:sz w:val="20"/>
        </w:rPr>
        <w:t>DATOS DEL CENTRO SANITARIO Y PROFESIONALES:</w:t>
      </w:r>
    </w:p>
    <w:p>
      <w:r>
        <w:rPr>
          <w:b w:val="0"/>
          <w:sz w:val="20"/>
        </w:rPr>
        <w:t>Centro Sanitario: _________________________________________________</w:t>
      </w:r>
    </w:p>
    <w:p>
      <w:r>
        <w:rPr>
          <w:b w:val="0"/>
          <w:sz w:val="20"/>
        </w:rPr>
        <w:t>Dirección: ________________________________________________________</w:t>
      </w:r>
    </w:p>
    <w:p>
      <w:r>
        <w:rPr>
          <w:b w:val="0"/>
          <w:sz w:val="20"/>
        </w:rPr>
        <w:t>Profesional/es implicado/s: _________________________________________</w:t>
      </w:r>
    </w:p>
    <w:p/>
    <w:p>
      <w:r>
        <w:rPr>
          <w:b/>
          <w:sz w:val="20"/>
        </w:rPr>
        <w:t>HECHOS:</w:t>
      </w:r>
    </w:p>
    <w:p>
      <w:r>
        <w:rPr>
          <w:b w:val="0"/>
          <w:sz w:val="20"/>
        </w:rPr>
        <w:t>Por medio del presente escrito, interpongo reclamación contra la asistencia sanitaria recibida en el centro indicado, en base a los siguientes hechos: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La presente reclamación se fundamenta en la normativa vigente aplicable, entre otros, en:</w:t>
      </w:r>
    </w:p>
    <w:p>
      <w:r>
        <w:rPr>
          <w:b w:val="0"/>
          <w:sz w:val="20"/>
        </w:rPr>
        <w:t>- Ley 14/1986, de 25 de abril, General de Sanidad.</w:t>
      </w:r>
    </w:p>
    <w:p>
      <w:r>
        <w:rPr>
          <w:b w:val="0"/>
          <w:sz w:val="20"/>
        </w:rPr>
        <w:t>- Ley 16/2003, de 28 de mayo, de cohesión y calidad del Sistema Nacional de Salud.</w:t>
      </w:r>
    </w:p>
    <w:p>
      <w:r>
        <w:rPr>
          <w:b w:val="0"/>
          <w:sz w:val="20"/>
        </w:rPr>
        <w:t>- Ley 39/2015, de 1 de octubre, del Procedimiento Administrativo Común de las Administraciones Públicas.</w:t>
      </w:r>
    </w:p>
    <w:p>
      <w:r>
        <w:rPr>
          <w:b w:val="0"/>
          <w:sz w:val="20"/>
        </w:rPr>
        <w:t>- Ley 30/1992, de 26 de noviembre, de régimen jurídico de las administraciones públicas y del procedimiento administrativo común.</w:t>
      </w:r>
    </w:p>
    <w:p/>
    <w:p>
      <w:r>
        <w:rPr>
          <w:b/>
          <w:sz w:val="20"/>
        </w:rPr>
        <w:t>PETICIÓN:</w:t>
      </w:r>
    </w:p>
    <w:p>
      <w:r>
        <w:rPr>
          <w:b w:val="0"/>
          <w:sz w:val="20"/>
        </w:rPr>
        <w:t>En base a los hechos y fundamentos expuestos, solicito:</w:t>
      </w:r>
    </w:p>
    <w:p>
      <w:r>
        <w:rPr>
          <w:b w:val="0"/>
          <w:sz w:val="20"/>
        </w:rPr>
        <w:t>1. La revisión y valoración de la actuación sanitaria realizada.</w:t>
      </w:r>
    </w:p>
    <w:p>
      <w:r>
        <w:rPr>
          <w:b w:val="0"/>
          <w:sz w:val="20"/>
        </w:rPr>
        <w:t>2. La adopción de las medidas necesarias para corregir las posibles deficiencias detectadas.</w:t>
      </w:r>
    </w:p>
    <w:p>
      <w:r>
        <w:rPr>
          <w:b w:val="0"/>
          <w:sz w:val="20"/>
        </w:rPr>
        <w:t>3. La comunicación de las conclusiones y resolución adoptada.</w:t>
      </w:r>
    </w:p>
    <w:p>
      <w:r>
        <w:rPr>
          <w:b w:val="0"/>
          <w:sz w:val="20"/>
        </w:rPr>
        <w:t>4. Cualquier otra medida que se estime pertinente para la tutela de mis derechos.</w:t>
      </w:r>
    </w:p>
    <w:p/>
    <w:p/>
    <w:p>
      <w:r>
        <w:rPr>
          <w:b w:val="0"/>
          <w:sz w:val="20"/>
        </w:rPr>
        <w:t>Lugar y fecha: ______________________________________________________</w:t>
      </w:r>
    </w:p>
    <w:p/>
    <w:p/>
    <w:p/>
    <w:p>
      <w:r>
        <w:rPr>
          <w:b w:val="0"/>
          <w:sz w:val="20"/>
        </w:rPr>
        <w:t>Firma del reclamante: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 de recepción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Número de registro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funcionario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Sello del centro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https://lex-administrativo.com/modelo-reclamacion-sacyl/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lamacion-sacyl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