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RECLAMACIÓN POR RETRASO DE VUELO</w:t>
      </w:r>
    </w:p>
    <w:p/>
    <w:p>
      <w:r>
        <w:rPr>
          <w:b w:val="0"/>
          <w:sz w:val="20"/>
        </w:rPr>
        <w:t>Lugar : ____________________________    Fecha : ____________________________</w:t>
      </w:r>
    </w:p>
    <w:p/>
    <w:p>
      <w:r>
        <w:rPr>
          <w:b/>
          <w:sz w:val="20"/>
        </w:rPr>
        <w:t>Datos del Reclamante 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DNI/NIE : _______________________________________________________________</w:t>
      </w:r>
    </w:p>
    <w:p>
      <w:r>
        <w:rPr>
          <w:b w:val="0"/>
          <w:sz w:val="20"/>
        </w:rPr>
        <w:t>Dirección : 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>
      <w:r>
        <w:rPr>
          <w:b w:val="0"/>
          <w:sz w:val="20"/>
        </w:rPr>
        <w:t>Correo Electrónico : ___________________________________________________</w:t>
      </w:r>
    </w:p>
    <w:p/>
    <w:p>
      <w:r>
        <w:rPr>
          <w:b/>
          <w:sz w:val="20"/>
        </w:rPr>
        <w:t>Datos del Vuelo :</w:t>
      </w:r>
    </w:p>
    <w:p>
      <w:r>
        <w:rPr>
          <w:b w:val="0"/>
          <w:sz w:val="20"/>
        </w:rPr>
        <w:t>Compañía aérea : _______________________________________________________</w:t>
      </w:r>
    </w:p>
    <w:p>
      <w:r>
        <w:rPr>
          <w:b w:val="0"/>
          <w:sz w:val="20"/>
        </w:rPr>
        <w:t>Número de vuelo : ______________________________________________________</w:t>
      </w:r>
    </w:p>
    <w:p>
      <w:r>
        <w:rPr>
          <w:b w:val="0"/>
          <w:sz w:val="20"/>
        </w:rPr>
        <w:t>Fecha y hora programada de salida : _____________________________________</w:t>
      </w:r>
    </w:p>
    <w:p>
      <w:r>
        <w:rPr>
          <w:b w:val="0"/>
          <w:sz w:val="20"/>
        </w:rPr>
        <w:t>Fecha y hora real de salida : ___________________________________________</w:t>
      </w:r>
    </w:p>
    <w:p>
      <w:r>
        <w:rPr>
          <w:b w:val="0"/>
          <w:sz w:val="20"/>
        </w:rPr>
        <w:t>Origen : _______________________________________________________________</w:t>
      </w:r>
    </w:p>
    <w:p>
      <w:r>
        <w:rPr>
          <w:b w:val="0"/>
          <w:sz w:val="20"/>
        </w:rPr>
        <w:t>Destino : ______________________________________________________________</w:t>
      </w:r>
    </w:p>
    <w:p/>
    <w:p>
      <w:r>
        <w:rPr>
          <w:b/>
          <w:sz w:val="20"/>
        </w:rPr>
        <w:t>Fundamentos de la Reclamación :</w:t>
      </w:r>
    </w:p>
    <w:p>
      <w:r>
        <w:rPr>
          <w:b w:val="0"/>
          <w:sz w:val="20"/>
        </w:rPr>
        <w:t>De conformidad con el Reglamento (CE) nº 261/2004 del Parlamento Europeo y del Consejo, de 11 de febrero de 2004, por el que se establecen normas comunes sobre compensación y asistencia a los pasajeros en caso de denegación de embarque y de cancelación o gran retraso de los vuelos, presento esta reclamación con motivo del retraso sufrido en el vuelo arriba indicado.</w:t>
      </w:r>
    </w:p>
    <w:p/>
    <w:p>
      <w:r>
        <w:rPr>
          <w:b w:val="0"/>
          <w:sz w:val="20"/>
        </w:rPr>
        <w:t>El vuelo tuvo un retraso superior a tres horas en la llegada a destino final, lo que me habilita para reclamar la compensación económica prevista en el citado reglamento, salvo que concurran circunstancias extraordinarias que eximan a la aerolínea de responsabilidad.</w:t>
      </w:r>
    </w:p>
    <w:p/>
    <w:p>
      <w:r>
        <w:rPr>
          <w:b w:val="0"/>
          <w:sz w:val="20"/>
        </w:rPr>
        <w:t>Adjunto copia del billete de avión, tarjeta de embarque y cualquier otro documento acreditativo, así como las comunicaciones mantenidas con la compañía aérea.</w:t>
      </w:r>
    </w:p>
    <w:p/>
    <w:p>
      <w:r>
        <w:rPr>
          <w:b/>
          <w:sz w:val="20"/>
        </w:rPr>
        <w:t>Solicitud :</w:t>
      </w:r>
    </w:p>
    <w:p>
      <w:r>
        <w:rPr>
          <w:b w:val="0"/>
          <w:sz w:val="20"/>
        </w:rPr>
        <w:t>Por todo lo expuesto, solicito a la compañía aérea que proceda al pago de la compensación económica establecida en el Reglamento (CE) nº 261/2004, así como a facilitar la información y asistencia debida de acuerdo con la normativa vigente.</w:t>
      </w:r>
    </w:p>
    <w:p/>
    <w:p>
      <w:r>
        <w:rPr>
          <w:b w:val="0"/>
          <w:sz w:val="20"/>
        </w:rPr>
        <w:t>Asimismo, requiero que esta reclamación sea resuelta en el plazo máximo previsto en la legislación aplicable, y que se me informe de cualquier incidencia o trámite adicional que sea necesario realizar.</w:t>
      </w:r>
    </w:p>
    <w:p/>
    <w:p/>
    <w:p>
      <w:r>
        <w:rPr>
          <w:b w:val="0"/>
          <w:sz w:val="20"/>
        </w:rPr>
        <w:t>Lugar y fecha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RECLAMANTE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https://lex-administrativo.com/modelo-reclamacion-retraso-vuelo-ocu/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reclamacion-retraso-vuelo-ocu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