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PREVIA MUTUA</w:t>
      </w:r>
    </w:p>
    <w:p/>
    <w:p>
      <w:r>
        <w:rPr>
          <w:b/>
          <w:sz w:val="20"/>
        </w:rPr>
        <w:t>Datos del reclamante 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>
      <w:r>
        <w:rPr>
          <w:b/>
          <w:sz w:val="20"/>
        </w:rPr>
        <w:t>Datos de la Mutua/Aseguradora :</w:t>
      </w:r>
    </w:p>
    <w:p>
      <w:r>
        <w:rPr>
          <w:b w:val="0"/>
          <w:sz w:val="20"/>
        </w:rPr>
        <w:t>Nombre de la Mutua/Aseguradora : _____________________________________</w:t>
      </w:r>
    </w:p>
    <w:p>
      <w:r>
        <w:rPr>
          <w:b w:val="0"/>
          <w:sz w:val="20"/>
        </w:rPr>
        <w:t>CIF : 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>
      <w:r>
        <w:rPr>
          <w:b/>
          <w:sz w:val="20"/>
        </w:rPr>
        <w:t>Exposición de los hechos :</w:t>
      </w:r>
    </w:p>
    <w:p>
      <w:r>
        <w:rPr>
          <w:b w:val="0"/>
          <w:sz w:val="20"/>
        </w:rPr>
        <w:t>Por medio del presente escrito, y conforme a lo establecido en la Ley 35/2015, de 22 de septiembre, de ordenación y supervisión de los seguros privados, y demás normativa aplicable, se formula reclamación previa contra la Mutua/Aseguradora indicada, en relación con los hechos que a continuación se describen:</w:t>
      </w:r>
    </w:p>
    <w:p>
      <w:r>
        <w:rPr>
          <w:b w:val="0"/>
          <w:sz w:val="20"/>
        </w:rPr>
        <w:t>- Descripción detallada del siniestro o motivo de la reclamación:</w:t>
      </w:r>
    </w:p>
    <w:p>
      <w:r>
        <w:rPr>
          <w:b w:val="0"/>
          <w:sz w:val="20"/>
        </w:rPr>
        <w:t xml:space="preserve">  ________________________________________________________________</w:t>
      </w:r>
    </w:p>
    <w:p>
      <w:r>
        <w:rPr>
          <w:b w:val="0"/>
          <w:sz w:val="20"/>
        </w:rPr>
        <w:t xml:space="preserve">  ________________________________________________________________</w:t>
      </w:r>
    </w:p>
    <w:p>
      <w:r>
        <w:rPr>
          <w:b w:val="0"/>
          <w:sz w:val="20"/>
        </w:rPr>
        <w:t xml:space="preserve">  ________________________________________________________________</w:t>
      </w:r>
    </w:p>
    <w:p/>
    <w:p>
      <w:r>
        <w:rPr>
          <w:b/>
          <w:sz w:val="20"/>
        </w:rPr>
        <w:t>Fundamentos de Derecho :</w:t>
      </w:r>
    </w:p>
    <w:p>
      <w:r>
        <w:rPr>
          <w:b w:val="0"/>
          <w:sz w:val="20"/>
        </w:rPr>
        <w:t>1. Conforme al artículo 76 de la Ley 50/1980, de 8 de octubre, de Contrato de Seguro, el tomador del seguro tiene derecho a reclamar cualquier discrepancia en la prestación del seguro.</w:t>
      </w:r>
    </w:p>
    <w:p>
      <w:r>
        <w:rPr>
          <w:b w:val="0"/>
          <w:sz w:val="20"/>
        </w:rPr>
        <w:t>2. Según lo previsto en el artículo 21 de la Ley 35/2015, la reclamación previa es requisito necesario para acudir a la vía judicial competente.</w:t>
      </w:r>
    </w:p>
    <w:p/>
    <w:p>
      <w:r>
        <w:rPr>
          <w:b/>
          <w:sz w:val="20"/>
        </w:rPr>
        <w:t>Petición :</w:t>
      </w:r>
    </w:p>
    <w:p>
      <w:r>
        <w:rPr>
          <w:b w:val="0"/>
          <w:sz w:val="20"/>
        </w:rPr>
        <w:t>En virtud de lo expuesto, solicito a la Mutua/Aseguradora que proceda a:</w:t>
      </w:r>
    </w:p>
    <w:p>
      <w:r>
        <w:rPr>
          <w:b w:val="0"/>
          <w:sz w:val="20"/>
        </w:rPr>
        <w:t>- Admitir la presente reclamación previa.</w:t>
      </w:r>
    </w:p>
    <w:p>
      <w:r>
        <w:rPr>
          <w:b w:val="0"/>
          <w:sz w:val="20"/>
        </w:rPr>
        <w:t>- Resolver favorablemente la petición descrita en la exposición de hechos.</w:t>
      </w:r>
    </w:p>
    <w:p>
      <w:r>
        <w:rPr>
          <w:b w:val="0"/>
          <w:sz w:val="20"/>
        </w:rPr>
        <w:t>- Proceder a la indemnización o prestación conforme a lo pactado en la póliza.</w:t>
      </w:r>
    </w:p>
    <w:p/>
    <w:p>
      <w:r>
        <w:rPr>
          <w:b/>
          <w:sz w:val="20"/>
        </w:rPr>
        <w:t>Documentación adjunta :</w:t>
      </w:r>
    </w:p>
    <w:p>
      <w:r>
        <w:rPr>
          <w:b w:val="0"/>
          <w:sz w:val="20"/>
        </w:rPr>
        <w:t>- Copia de la póliza de seguro.</w:t>
      </w:r>
    </w:p>
    <w:p>
      <w:r>
        <w:rPr>
          <w:b w:val="0"/>
          <w:sz w:val="20"/>
        </w:rPr>
        <w:t>- Parte de siniestro o comunicación previa.</w:t>
      </w:r>
    </w:p>
    <w:p>
      <w:r>
        <w:rPr>
          <w:b w:val="0"/>
          <w:sz w:val="20"/>
        </w:rPr>
        <w:t>- Fotografías, informes, o cualquier otro documento que sustente la reclamación.</w:t>
      </w:r>
    </w:p>
    <w:p/>
    <w:p>
      <w:r>
        <w:rPr>
          <w:b w:val="0"/>
          <w:sz w:val="20"/>
        </w:rPr>
        <w:t>Lugar : ____________________________________    Fecha : 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reclamante : 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 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https://lex-administrativo.com/modelo-reclamacion-previa-mutua/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lamacion-previa-mutua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