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POR SERVICIOS ODONTOLÓGICOS</w:t>
      </w:r>
    </w:p>
    <w:p/>
    <w:p>
      <w:r>
        <w:rPr>
          <w:b/>
          <w:sz w:val="20"/>
        </w:rPr>
        <w:t>Datos del reclamante :</w:t>
      </w:r>
    </w:p>
    <w:p>
      <w:r>
        <w:rPr>
          <w:b w:val="0"/>
          <w:sz w:val="20"/>
        </w:rPr>
        <w:t>Nombre y Apellidos : _______________________________________________</w:t>
      </w:r>
    </w:p>
    <w:p>
      <w:r>
        <w:rPr>
          <w:b w:val="0"/>
          <w:sz w:val="20"/>
        </w:rPr>
        <w:t>DNI/NIE : 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</w:t>
      </w:r>
    </w:p>
    <w:p/>
    <w:p>
      <w:r>
        <w:rPr>
          <w:b/>
          <w:sz w:val="20"/>
        </w:rPr>
        <w:t>Datos del dentista y/o clínica :</w:t>
      </w:r>
    </w:p>
    <w:p>
      <w:r>
        <w:rPr>
          <w:b w:val="0"/>
          <w:sz w:val="20"/>
        </w:rPr>
        <w:t>Nombre o razón social : _____________________________________________</w:t>
      </w:r>
    </w:p>
    <w:p>
      <w:r>
        <w:rPr>
          <w:b w:val="0"/>
          <w:sz w:val="20"/>
        </w:rPr>
        <w:t>NIF/CIF : 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</w:t>
      </w:r>
    </w:p>
    <w:p/>
    <w:p>
      <w:r>
        <w:rPr>
          <w:b/>
          <w:sz w:val="20"/>
        </w:rPr>
        <w:t>Exposición de hechos :</w:t>
      </w:r>
    </w:p>
    <w:p>
      <w:r>
        <w:rPr>
          <w:b w:val="0"/>
          <w:sz w:val="20"/>
        </w:rPr>
        <w:t>El abajo firmante, en calidad de paciente, expone los hechos que motivan la presente reclamación respecto a los servicios odontológicos recibidos en la clínica indicada.</w:t>
      </w:r>
    </w:p>
    <w:p>
      <w:r>
        <w:rPr>
          <w:b w:val="0"/>
          <w:sz w:val="20"/>
        </w:rPr>
        <w:t>Durante el tratamiento realizado, se han producido daños, deficiencias o irregularidades que vulneran los estándares de calidad y atención sanitaria exigibles, tales como:</w:t>
      </w:r>
    </w:p>
    <w:p>
      <w:r>
        <w:rPr>
          <w:b w:val="0"/>
          <w:sz w:val="20"/>
        </w:rPr>
        <w:t>- Descripción detallada de los problemas o defectos sufridos durante o después del tratamiento.</w:t>
      </w:r>
    </w:p>
    <w:p>
      <w:r>
        <w:rPr>
          <w:b w:val="0"/>
          <w:sz w:val="20"/>
        </w:rPr>
        <w:t>- Incumplimiento de las garantías ofrecidas por la clínica o el profesional.</w:t>
      </w:r>
    </w:p>
    <w:p>
      <w:r>
        <w:rPr>
          <w:b w:val="0"/>
          <w:sz w:val="20"/>
        </w:rPr>
        <w:t>- Falta de información adecuada respecto a los riesgos o cuidados posteriores.</w:t>
      </w:r>
    </w:p>
    <w:p/>
    <w:p>
      <w:r>
        <w:rPr>
          <w:b/>
          <w:sz w:val="20"/>
        </w:rPr>
        <w:t>Fundamentos jurídicos :</w:t>
      </w:r>
    </w:p>
    <w:p>
      <w:r>
        <w:rPr>
          <w:b w:val="0"/>
          <w:sz w:val="20"/>
        </w:rPr>
        <w:t>Con base en lo anterior, se invocan los siguientes preceptos legales aplicables en materia de derechos del consumidor y responsabilidad sanitaria en España:</w:t>
      </w:r>
    </w:p>
    <w:p>
      <w:r>
        <w:rPr>
          <w:b w:val="0"/>
          <w:sz w:val="20"/>
        </w:rPr>
        <w:t>- Ley 29/2006, de 26 de julio, de garantías y uso racional de los medicamentos y productos sanitarios.</w:t>
      </w:r>
    </w:p>
    <w:p>
      <w:r>
        <w:rPr>
          <w:b w:val="0"/>
          <w:sz w:val="20"/>
        </w:rPr>
        <w:t>- Ley 41/2002, de 14 de noviembre, básica reguladora de la autonomía del paciente y derechos y obligaciones en materia de información y documentación clínica.</w:t>
      </w:r>
    </w:p>
    <w:p>
      <w:r>
        <w:rPr>
          <w:b w:val="0"/>
          <w:sz w:val="20"/>
        </w:rPr>
        <w:t>- Ley 7/1996, de 15 de enero, de Ordenación de las Profesiones Sanitarias.</w:t>
      </w:r>
    </w:p>
    <w:p>
      <w:r>
        <w:rPr>
          <w:b w:val="0"/>
          <w:sz w:val="20"/>
        </w:rPr>
        <w:t>- Real Decreto Legislativo 1/2007, de 16 de noviembre, por el que se aprueba el texto refundido de la Ley General para la Defensa de los Consumidores y Usuarios.</w:t>
      </w:r>
    </w:p>
    <w:p/>
    <w:p>
      <w:r>
        <w:rPr>
          <w:b/>
          <w:sz w:val="20"/>
        </w:rPr>
        <w:t>Petición :</w:t>
      </w:r>
    </w:p>
    <w:p>
      <w:r>
        <w:rPr>
          <w:b w:val="0"/>
          <w:sz w:val="20"/>
        </w:rPr>
        <w:t>Por todo ello, el reclamante solicita:</w:t>
      </w:r>
    </w:p>
    <w:p>
      <w:r>
        <w:rPr>
          <w:b w:val="0"/>
          <w:sz w:val="20"/>
        </w:rPr>
        <w:t>- La reparación, subsanación o compensación económica por los daños y perjuicios sufridos.</w:t>
      </w:r>
    </w:p>
    <w:p>
      <w:r>
        <w:rPr>
          <w:b w:val="0"/>
          <w:sz w:val="20"/>
        </w:rPr>
        <w:t>- La revisión del tratamiento realizado y la adopción de las medidas correctoras necesarias.</w:t>
      </w:r>
    </w:p>
    <w:p>
      <w:r>
        <w:rPr>
          <w:b w:val="0"/>
          <w:sz w:val="20"/>
        </w:rPr>
        <w:t>- Cuantas otras acciones y reclamaciones procedan conforme a derecho.</w:t>
      </w:r>
    </w:p>
    <w:p/>
    <w:p/>
    <w:p>
      <w:r>
        <w:rPr>
          <w:b w:val="0"/>
          <w:sz w:val="20"/>
        </w:rPr>
        <w:t>Lugar : ____________________________________________    Firma : _____________________________</w:t>
      </w:r>
    </w:p>
    <w:p>
      <w:r>
        <w:rPr>
          <w:b w:val="0"/>
          <w:sz w:val="20"/>
        </w:rPr>
        <w:t>Nombre y apellidos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RECLAMANTE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https://lex-administrativo.com/modelo-reclamacion-dentista/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lamacion-dentist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