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ANTE LA CONSELLERÍA DE EDUCACIÓN</w:t>
      </w:r>
    </w:p>
    <w:p/>
    <w:p/>
    <w:p>
      <w:r>
        <w:rPr>
          <w:b/>
          <w:sz w:val="20"/>
        </w:rPr>
        <w:t>DATOS DEL/DE LA RECLAMANTE:</w:t>
      </w:r>
    </w:p>
    <w:p>
      <w:r>
        <w:rPr>
          <w:b w:val="0"/>
          <w:sz w:val="20"/>
        </w:rPr>
        <w:t>Nombre y Apellidos: ______________________________________________________</w:t>
      </w:r>
    </w:p>
    <w:p>
      <w:r>
        <w:rPr>
          <w:b w:val="0"/>
          <w:sz w:val="20"/>
        </w:rPr>
        <w:t>DNI/NIE: _______________________________________________________________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_______________________________________________________________</w:t>
      </w:r>
    </w:p>
    <w:p>
      <w:r>
        <w:rPr>
          <w:b w:val="0"/>
          <w:sz w:val="20"/>
        </w:rPr>
        <w:t>Correo electrónico: ______________________________________________________</w:t>
      </w:r>
    </w:p>
    <w:p/>
    <w:p>
      <w:r>
        <w:rPr>
          <w:b/>
          <w:sz w:val="20"/>
        </w:rPr>
        <w:t>DATOS DEL CENTRO EDUCATIVO:</w:t>
      </w:r>
    </w:p>
    <w:p>
      <w:r>
        <w:rPr>
          <w:b w:val="0"/>
          <w:sz w:val="20"/>
        </w:rPr>
        <w:t>Nombre del centro: _______________________________________________________</w:t>
      </w:r>
    </w:p>
    <w:p>
      <w:r>
        <w:rPr>
          <w:b w:val="0"/>
          <w:sz w:val="20"/>
        </w:rPr>
        <w:t>Curso / Nivel Educativo: _________________________________________________</w:t>
      </w:r>
    </w:p>
    <w:p>
      <w:r>
        <w:rPr>
          <w:b w:val="0"/>
          <w:sz w:val="20"/>
        </w:rPr>
        <w:t>Profesor/a o tutor/a: _____________________________________________________</w:t>
      </w:r>
    </w:p>
    <w:p/>
    <w:p>
      <w:r>
        <w:rPr>
          <w:b/>
          <w:sz w:val="20"/>
        </w:rPr>
        <w:t>OBJETO DE LA RECLAMACIÓN:</w:t>
      </w:r>
    </w:p>
    <w:p>
      <w:r>
        <w:rPr>
          <w:b w:val="0"/>
          <w:sz w:val="20"/>
        </w:rPr>
        <w:t>Por la presente, y en base a lo establecido en la normativa vigente, formulo reclamación ante la Consellería de Educación contra la resolución, acto o situación que considero lesiva para mis derechos e intereses legítimos en el ámbito educativo, conforme a los hechos y fundamentos que a continuación se exponen.</w:t>
      </w:r>
    </w:p>
    <w:p/>
    <w:p>
      <w:r>
        <w:rPr>
          <w:b/>
          <w:sz w:val="20"/>
        </w:rPr>
        <w:t>EXPOSICIÓN DE HECHOS:</w:t>
      </w:r>
    </w:p>
    <w:p>
      <w:r>
        <w:rPr>
          <w:b w:val="0"/>
          <w:sz w:val="20"/>
        </w:rPr>
        <w:t>1. 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En virtud del artículo 71 y siguientes de la Ley Orgánica 8/1985, de 3 de julio, de Derechos y Libertades de los Extranjeros en España y su Integración Social (LODE), y resto de normativa aplicable en materia educativa.</w:t>
      </w:r>
    </w:p>
    <w:p>
      <w:r>
        <w:rPr>
          <w:b w:val="0"/>
          <w:sz w:val="20"/>
        </w:rPr>
        <w:t>II. Conforme al Decreto X/XXXX, de fecha XX de XXXX, por el que se regula la organización y funcionamiento de los centros docentes de la Comunidad Autónoma.</w:t>
      </w:r>
    </w:p>
    <w:p>
      <w:r>
        <w:rPr>
          <w:b w:val="0"/>
          <w:sz w:val="20"/>
        </w:rPr>
        <w:t>III. Otros preceptos aplicables de conformidad con la legislación vigente.</w:t>
      </w:r>
    </w:p>
    <w:p/>
    <w:p>
      <w:r>
        <w:rPr>
          <w:b/>
          <w:sz w:val="20"/>
        </w:rPr>
        <w:t>SOLICITUD:</w:t>
      </w:r>
    </w:p>
    <w:p>
      <w:r>
        <w:rPr>
          <w:b w:val="0"/>
          <w:sz w:val="20"/>
        </w:rPr>
        <w:t>Por todo lo expuesto, solicito:</w:t>
      </w:r>
    </w:p>
    <w:p>
      <w:r>
        <w:rPr>
          <w:b w:val="0"/>
          <w:sz w:val="20"/>
        </w:rPr>
        <w:t>- Que se tenga por presentada esta reclamación en tiempo y forma.</w:t>
      </w:r>
    </w:p>
    <w:p>
      <w:r>
        <w:rPr>
          <w:b w:val="0"/>
          <w:sz w:val="20"/>
        </w:rPr>
        <w:t>- Que se anule o modifique la resolución o situación que ha causado perjuicio.</w:t>
      </w:r>
    </w:p>
    <w:p>
      <w:r>
        <w:rPr>
          <w:b w:val="0"/>
          <w:sz w:val="20"/>
        </w:rPr>
        <w:t>- Que se adopten las medidas necesarias para garantizar el respeto a mis derechos.</w:t>
      </w:r>
    </w:p>
    <w:p>
      <w:r>
        <w:rPr>
          <w:b w:val="0"/>
          <w:sz w:val="20"/>
        </w:rPr>
        <w:t>- Cuantas otras acciones se consideren pertinentes para la defensa de mis intereses legítimos.</w:t>
      </w:r>
    </w:p>
    <w:p/>
    <w:p/>
    <w:p>
      <w:r>
        <w:rPr>
          <w:b w:val="0"/>
          <w:sz w:val="20"/>
        </w:rPr>
        <w:t>Lugar y fecha: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del/la reclamante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representante legal (en su caso)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https://lex-administrativo.com/modelo-reclamacion-conselleria-educacion/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conselleria-educacion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