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RECLAMACIÓN POR VEHÍCULO DEFECTUOSO</w:t>
      </w:r>
    </w:p>
    <w:p/>
    <w:p>
      <w:r>
        <w:rPr>
          <w:b/>
          <w:sz w:val="20"/>
        </w:rPr>
        <w:t>Datos del Reclamante:</w:t>
      </w:r>
    </w:p>
    <w:p>
      <w:r>
        <w:rPr>
          <w:b w:val="0"/>
          <w:sz w:val="20"/>
        </w:rPr>
        <w:t>Nombre y Apellidos : ________________________________________________</w:t>
      </w:r>
    </w:p>
    <w:p>
      <w:r>
        <w:rPr>
          <w:b w:val="0"/>
          <w:sz w:val="20"/>
        </w:rPr>
        <w:t>DNI/NIE : ___________________________________________________________</w:t>
      </w:r>
    </w:p>
    <w:p>
      <w:r>
        <w:rPr>
          <w:b w:val="0"/>
          <w:sz w:val="20"/>
        </w:rPr>
        <w:t>Dirección : 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</w:t>
      </w:r>
    </w:p>
    <w:p/>
    <w:p>
      <w:r>
        <w:rPr>
          <w:b/>
          <w:sz w:val="20"/>
        </w:rPr>
        <w:t>Datos del Vehículo:</w:t>
      </w:r>
    </w:p>
    <w:p>
      <w:r>
        <w:rPr>
          <w:b w:val="0"/>
          <w:sz w:val="20"/>
        </w:rPr>
        <w:t>Marca : _____________________________________________________________</w:t>
      </w:r>
    </w:p>
    <w:p>
      <w:r>
        <w:rPr>
          <w:b w:val="0"/>
          <w:sz w:val="20"/>
        </w:rPr>
        <w:t>Modelo : ____________________________________________________________</w:t>
      </w:r>
    </w:p>
    <w:p>
      <w:r>
        <w:rPr>
          <w:b w:val="0"/>
          <w:sz w:val="20"/>
        </w:rPr>
        <w:t>Matrícula : _________________________________________________________</w:t>
      </w:r>
    </w:p>
    <w:p>
      <w:r>
        <w:rPr>
          <w:b w:val="0"/>
          <w:sz w:val="20"/>
        </w:rPr>
        <w:t>Número de Bastidor (VIN) : __________________________________________</w:t>
      </w:r>
    </w:p>
    <w:p>
      <w:r>
        <w:rPr>
          <w:b w:val="0"/>
          <w:sz w:val="20"/>
        </w:rPr>
        <w:t>Fecha de compra : _________________________________________________</w:t>
      </w:r>
    </w:p>
    <w:p/>
    <w:p>
      <w:r>
        <w:rPr>
          <w:b/>
          <w:sz w:val="20"/>
        </w:rPr>
        <w:t>Datos del Vendedor / Taller:</w:t>
      </w:r>
    </w:p>
    <w:p>
      <w:r>
        <w:rPr>
          <w:b w:val="0"/>
          <w:sz w:val="20"/>
        </w:rPr>
        <w:t>Nombre o Razón Social : ____________________________________________</w:t>
      </w:r>
    </w:p>
    <w:p>
      <w:r>
        <w:rPr>
          <w:b w:val="0"/>
          <w:sz w:val="20"/>
        </w:rPr>
        <w:t>Dirección : 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</w:t>
      </w:r>
    </w:p>
    <w:p/>
    <w:p>
      <w:r>
        <w:rPr>
          <w:b/>
          <w:sz w:val="20"/>
        </w:rPr>
        <w:t>EXPONE:</w:t>
      </w:r>
    </w:p>
    <w:p>
      <w:r>
        <w:rPr>
          <w:b w:val="0"/>
          <w:sz w:val="20"/>
        </w:rPr>
        <w:t>Que el vehículo arriba referido fue adquirido en fecha indicada y presenta defectos que afectan a su conformidad y funcionamiento, según los términos regulados en la Ley 23/2003, de 10 de julio, de Garantías en la Venta de Bienes de Consumo.</w:t>
      </w:r>
    </w:p>
    <w:p>
      <w:r>
        <w:rPr>
          <w:b w:val="0"/>
          <w:sz w:val="20"/>
        </w:rPr>
        <w:t>Que el/los defecto(s) consisten en: 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______________________________________________________________________________________________</w:t>
      </w:r>
    </w:p>
    <w:p>
      <w:r>
        <w:rPr>
          <w:b w:val="0"/>
          <w:sz w:val="20"/>
        </w:rPr>
        <w:t>Los defectos se manifestaron en fecha : _______________________________________________</w:t>
      </w:r>
    </w:p>
    <w:p>
      <w:r>
        <w:rPr>
          <w:b w:val="0"/>
          <w:sz w:val="20"/>
        </w:rPr>
        <w:t>Que el vehículo ha sido revisado y reparado en el taller indicado, sin que se haya solucionado el problema.</w:t>
      </w:r>
    </w:p>
    <w:p/>
    <w:p>
      <w:r>
        <w:rPr>
          <w:b/>
          <w:sz w:val="20"/>
        </w:rPr>
        <w:t>FUNDAMENTO DE DERECHO:</w:t>
      </w:r>
    </w:p>
    <w:p>
      <w:r>
        <w:rPr>
          <w:b w:val="0"/>
          <w:sz w:val="20"/>
        </w:rPr>
        <w:t>Artículo 1490 y siguientes del Código Civil; Ley 23/2003, de 10 de julio, de Garantías en la Venta de Bienes de Consumo; y demás normativa vigente aplicable.</w:t>
      </w:r>
    </w:p>
    <w:p>
      <w:r>
        <w:rPr>
          <w:b w:val="0"/>
          <w:sz w:val="20"/>
        </w:rPr>
        <w:t>El comprador tiene derecho a exigir la reparación o sustitución del vehículo defectuoso, o a rescindir el contrato o rebajar el precio, en los casos y condiciones establecidas por la ley.</w:t>
      </w:r>
    </w:p>
    <w:p/>
    <w:p>
      <w:r>
        <w:rPr>
          <w:b/>
          <w:sz w:val="20"/>
        </w:rPr>
        <w:t>SOLICITA:</w:t>
      </w:r>
    </w:p>
    <w:p>
      <w:r>
        <w:rPr>
          <w:b w:val="0"/>
          <w:sz w:val="20"/>
        </w:rPr>
        <w:t>Que, tras la presente reclamación escrita, se proceda a la reparación gratuita del vehículo defectuoso en un plazo razonable, o en su defecto, a la sustitución del mismo o la resolución del contrato, conforme a lo previsto en la legislación vigente.</w:t>
      </w:r>
    </w:p>
    <w:p>
      <w:r>
        <w:rPr>
          <w:b w:val="0"/>
          <w:sz w:val="20"/>
        </w:rPr>
        <w:t>Que se comunique por escrito la aceptación o negativa a la presente reclamación en el plazo máximo de 10 días hábiles.</w:t>
      </w:r>
    </w:p>
    <w:p>
      <w:r>
        <w:rPr>
          <w:b w:val="0"/>
          <w:sz w:val="20"/>
        </w:rPr>
        <w:t>En caso de no atenderse esta reclamación, se procederá a ejercitar las acciones legales oportunas para la defensa de los derechos del reclamante.</w:t>
      </w:r>
    </w:p>
    <w:p/>
    <w:p/>
    <w:p>
      <w:r>
        <w:rPr>
          <w:b w:val="0"/>
          <w:sz w:val="20"/>
        </w:rPr>
        <w:t>Lugar : _____________________________________    Firma : 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RECLAMANTE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DESTINATARIO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https://lex-administrativo.com/modelo-reclamacion-coche-defectuoso/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https://lex-administrativo.com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administrativo.com/modelo-reclamacion-coche-defectuoso/" TargetMode="External"/><Relationship Id="rId10" Type="http://schemas.openxmlformats.org/officeDocument/2006/relationships/hyperlink" Target="https://lex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