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DENUNCIA POR OBRAS SIN LICENCIA</w:t>
      </w:r>
    </w:p>
    <w:p/>
    <w:p>
      <w:r>
        <w:rPr>
          <w:b/>
          <w:sz w:val="20"/>
        </w:rPr>
        <w:t>Datos del Denunciante:</w:t>
      </w:r>
    </w:p>
    <w:p>
      <w:r>
        <w:rPr>
          <w:b w:val="0"/>
          <w:sz w:val="20"/>
        </w:rPr>
        <w:t>Nombre y Apellidos: _________________________________________________</w:t>
      </w:r>
    </w:p>
    <w:p>
      <w:r>
        <w:rPr>
          <w:b w:val="0"/>
          <w:sz w:val="20"/>
        </w:rPr>
        <w:t>DNI/NIE: ___________________________________________________________</w:t>
      </w:r>
    </w:p>
    <w:p>
      <w:r>
        <w:rPr>
          <w:b w:val="0"/>
          <w:sz w:val="20"/>
        </w:rPr>
        <w:t>Domicilio: __________________________________________________________</w:t>
      </w:r>
    </w:p>
    <w:p>
      <w:r>
        <w:rPr>
          <w:b w:val="0"/>
          <w:sz w:val="20"/>
        </w:rPr>
        <w:t>Teléfono: ___________________________________________________________</w:t>
      </w:r>
    </w:p>
    <w:p/>
    <w:p>
      <w:r>
        <w:rPr>
          <w:b/>
          <w:sz w:val="20"/>
        </w:rPr>
        <w:t>Datos del Denunciado (si se conocen):</w:t>
      </w:r>
    </w:p>
    <w:p>
      <w:r>
        <w:rPr>
          <w:b w:val="0"/>
          <w:sz w:val="20"/>
        </w:rPr>
        <w:t>Nombre y Apellidos / Razón Social: _________________________________</w:t>
      </w:r>
    </w:p>
    <w:p>
      <w:r>
        <w:rPr>
          <w:b w:val="0"/>
          <w:sz w:val="20"/>
        </w:rPr>
        <w:t>DNI/NIE / CIF: _____________________________________________________</w:t>
      </w:r>
    </w:p>
    <w:p>
      <w:r>
        <w:rPr>
          <w:b w:val="0"/>
          <w:sz w:val="20"/>
        </w:rPr>
        <w:t>Domicilio: _________________________________________________________</w:t>
      </w:r>
    </w:p>
    <w:p>
      <w:r>
        <w:rPr>
          <w:b w:val="0"/>
          <w:sz w:val="20"/>
        </w:rPr>
        <w:t>Teléfono: __________________________________________________________</w:t>
      </w:r>
    </w:p>
    <w:p/>
    <w:p>
      <w:r>
        <w:rPr>
          <w:b/>
          <w:sz w:val="20"/>
        </w:rPr>
        <w:t>Lugar donde se están realizando las obras sin licencia:</w:t>
      </w:r>
    </w:p>
    <w:p>
      <w:r>
        <w:rPr>
          <w:b w:val="0"/>
          <w:sz w:val="20"/>
        </w:rPr>
        <w:t>Dirección o referencia catastral: ___________________________________</w:t>
      </w:r>
    </w:p>
    <w:p>
      <w:r>
        <w:rPr>
          <w:b w:val="0"/>
          <w:sz w:val="20"/>
        </w:rPr>
        <w:t>Descripción de la parcela o inmueble afectado: _______________________</w:t>
      </w:r>
    </w:p>
    <w:p/>
    <w:p>
      <w:r>
        <w:rPr>
          <w:b/>
          <w:sz w:val="20"/>
        </w:rPr>
        <w:t>Descripción de las obras realizadas sin licencia: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Fundamento Jurídico:</w:t>
      </w:r>
    </w:p>
    <w:p>
      <w:r>
        <w:rPr>
          <w:b w:val="0"/>
          <w:sz w:val="20"/>
        </w:rPr>
        <w:t>De conformidad con lo establecido en la Ley 38/1999, de 5 de noviembre, de Ordenación de la Edificación,</w:t>
      </w:r>
    </w:p>
    <w:p>
      <w:r>
        <w:rPr>
          <w:b w:val="0"/>
          <w:sz w:val="20"/>
        </w:rPr>
        <w:t>y en el Texto Refundido de la Ley de Suelo y Rehabilitación Urbana aprobado por Real Decreto Legislativo 7/2015,</w:t>
      </w:r>
    </w:p>
    <w:p>
      <w:r>
        <w:rPr>
          <w:b w:val="0"/>
          <w:sz w:val="20"/>
        </w:rPr>
        <w:t>se requiere la licencia o autorización administrativa previa para la realización de cualquier obra o construcción.</w:t>
      </w:r>
    </w:p>
    <w:p>
      <w:r>
        <w:rPr>
          <w:b w:val="0"/>
          <w:sz w:val="20"/>
        </w:rPr>
        <w:t>La ejecución de obras sin la correspondiente licencia constituye una infracción urbanística que puede ser sancionada</w:t>
      </w:r>
    </w:p>
    <w:p>
      <w:r>
        <w:rPr>
          <w:b w:val="0"/>
          <w:sz w:val="20"/>
        </w:rPr>
        <w:t>conforme a lo dispuesto en la normativa vigente de la Comunidad Autónoma y el Ayuntamiento competente.</w:t>
      </w:r>
    </w:p>
    <w:p/>
    <w:p>
      <w:r>
        <w:rPr>
          <w:b/>
          <w:sz w:val="20"/>
        </w:rPr>
        <w:t>Por todo lo expuesto, SOLICITO:</w:t>
      </w:r>
    </w:p>
    <w:p>
      <w:r>
        <w:rPr>
          <w:b w:val="0"/>
          <w:sz w:val="20"/>
        </w:rPr>
        <w:t>1. Que se tenga por presentada esta denuncia de obras sin licencia.</w:t>
      </w:r>
    </w:p>
    <w:p>
      <w:r>
        <w:rPr>
          <w:b w:val="0"/>
          <w:sz w:val="20"/>
        </w:rPr>
        <w:t>2. Que se realicen las comprobaciones e inspecciones oportunas para verificar la ejecución de las obras denunciadas.</w:t>
      </w:r>
    </w:p>
    <w:p>
      <w:r>
        <w:rPr>
          <w:b w:val="0"/>
          <w:sz w:val="20"/>
        </w:rPr>
        <w:t>3. Que, en su caso, se adopten las medidas administrativas y sancionadoras previstas por la ley,</w:t>
      </w:r>
    </w:p>
    <w:p>
      <w:r>
        <w:rPr>
          <w:b w:val="0"/>
          <w:sz w:val="20"/>
        </w:rPr>
        <w:t xml:space="preserve">   incluyendo la paralización y la reposición de la legalidad urbanística.</w:t>
      </w:r>
    </w:p>
    <w:p/>
    <w:p>
      <w:r>
        <w:rPr>
          <w:b w:val="0"/>
          <w:sz w:val="20"/>
        </w:rPr>
        <w:t>Lugar de presentación: ______________________________________________</w:t>
      </w:r>
    </w:p>
    <w:p>
      <w:r>
        <w:rPr>
          <w:b w:val="0"/>
          <w:sz w:val="20"/>
        </w:rPr>
        <w:t>Fecha: _____________________________________________________________</w:t>
      </w:r>
    </w:p>
    <w:p/>
    <w:p/>
    <w:p>
      <w:pPr>
        <w:jc w:val="center"/>
      </w:pPr>
      <w:r>
        <w:rPr>
          <w:b w:val="0"/>
          <w:sz w:val="20"/>
        </w:rPr>
        <w:t>Firma del denunciante: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FUNCIONARIO RECEPTOR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DENUNCIANTE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Cargo: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https://lex-administrativo.com/modelo-denuncia-por-obras-sin-licencia/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denuncia-por-obras-sin-licencia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