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DEMANDA DE RECLAMACIÓN POR FACTURAS MUNICIPALES</w:t>
      </w:r>
    </w:p>
    <w:p/>
    <w:p/>
    <w:p>
      <w:pPr>
        <w:jc w:val="center"/>
      </w:pPr>
      <w:r>
        <w:rPr>
          <w:b w:val="0"/>
          <w:sz w:val="20"/>
        </w:rPr>
        <w:t>AL JUZGADO DE PRIMERA INSTANCIA QUE POR TURNO CORRESPONDA</w:t>
      </w:r>
    </w:p>
    <w:p/>
    <w:p/>
    <w:p>
      <w:r>
        <w:rPr>
          <w:b/>
          <w:sz w:val="20"/>
        </w:rPr>
        <w:t>D./Dña. : ___________________________________________________________</w:t>
      </w:r>
    </w:p>
    <w:p>
      <w:r>
        <w:rPr>
          <w:b w:val="0"/>
          <w:sz w:val="20"/>
        </w:rPr>
        <w:t>Con DNI número : ____________________________________________________</w:t>
      </w:r>
    </w:p>
    <w:p>
      <w:r>
        <w:rPr>
          <w:b w:val="0"/>
          <w:sz w:val="20"/>
        </w:rPr>
        <w:t>Domicilio a efectos de notificaciones : ________________________________</w:t>
      </w:r>
    </w:p>
    <w:p>
      <w:r>
        <w:rPr>
          <w:b w:val="0"/>
          <w:sz w:val="20"/>
        </w:rPr>
        <w:t>_____________________________________________________________________</w:t>
      </w:r>
    </w:p>
    <w:p/>
    <w:p>
      <w:r>
        <w:rPr>
          <w:b/>
          <w:sz w:val="20"/>
        </w:rPr>
        <w:t>Y COMO REPRESENTANTE DE INTERESES DE : ____________________________</w:t>
      </w:r>
    </w:p>
    <w:p>
      <w:r>
        <w:rPr>
          <w:b w:val="0"/>
          <w:sz w:val="20"/>
        </w:rPr>
        <w:t>Con domicilio en : ___________________________________________________</w:t>
      </w:r>
    </w:p>
    <w:p>
      <w:r>
        <w:rPr>
          <w:b w:val="0"/>
          <w:sz w:val="20"/>
        </w:rPr>
        <w:t>Y en nombre y representación del Ayuntamiento de ______________________</w:t>
      </w:r>
    </w:p>
    <w:p>
      <w:r>
        <w:rPr>
          <w:b w:val="0"/>
          <w:sz w:val="20"/>
        </w:rPr>
        <w:t>Con CIF : ____________________________________________________________</w:t>
      </w:r>
    </w:p>
    <w:p/>
    <w:p>
      <w:r>
        <w:rPr>
          <w:b/>
          <w:sz w:val="20"/>
        </w:rPr>
        <w:t>EXPONE:</w:t>
      </w:r>
    </w:p>
    <w:p/>
    <w:p>
      <w:r>
        <w:rPr>
          <w:b w:val="0"/>
          <w:sz w:val="20"/>
        </w:rPr>
        <w:t>PRIMERO.- Que con fecha _________ se emitió factura número __________, correspondiente a los servicios municipales de ___________, por importe de ________ euros.</w:t>
      </w:r>
    </w:p>
    <w:p>
      <w:r>
        <w:rPr>
          <w:b w:val="0"/>
          <w:sz w:val="20"/>
        </w:rPr>
        <w:t>SEGUNDO.- Que a pesar de los múltiples requerimientos realizados, el Ayuntamiento no ha procedido al pago de la citada factura, incurriendo en mora en el cumplimiento de sus obligaciones.</w:t>
      </w:r>
    </w:p>
    <w:p>
      <w:r>
        <w:rPr>
          <w:b w:val="0"/>
          <w:sz w:val="20"/>
        </w:rPr>
        <w:t>TERCERO.- Que como consecuencia de lo anterior, se hace necesario instar la reclamación judicial para el cobro de la deuda.</w:t>
      </w:r>
    </w:p>
    <w:p/>
    <w:p>
      <w:r>
        <w:rPr>
          <w:b/>
          <w:sz w:val="20"/>
        </w:rPr>
        <w:t>FUNDAMENTOS DE DERECHO:</w:t>
      </w:r>
    </w:p>
    <w:p/>
    <w:p>
      <w:r>
        <w:rPr>
          <w:b/>
          <w:sz w:val="20"/>
        </w:rPr>
        <w:t>I.- Competencia.</w:t>
      </w:r>
    </w:p>
    <w:p>
      <w:r>
        <w:rPr>
          <w:b w:val="0"/>
          <w:sz w:val="20"/>
        </w:rPr>
        <w:t>Es competente el Juzgado de Primera Instancia del lugar del domicilio del Ayuntamiento demandado, conforme a lo establecido en el artículo 50 de la Ley de Enjuiciamiento Civil.</w:t>
      </w:r>
    </w:p>
    <w:p/>
    <w:p>
      <w:r>
        <w:rPr>
          <w:b/>
          <w:sz w:val="20"/>
        </w:rPr>
        <w:t>II.- Legitimación.</w:t>
      </w:r>
    </w:p>
    <w:p>
      <w:r>
        <w:rPr>
          <w:b w:val="0"/>
          <w:sz w:val="20"/>
        </w:rPr>
        <w:t>El demandante ostenta legitimación activa en virtud de ser el titular legítimo de la factura reclamada. El Ayuntamiento demandado ostenta legitimación pasiva conforme a su condición de deudor.</w:t>
      </w:r>
    </w:p>
    <w:p/>
    <w:p>
      <w:r>
        <w:rPr>
          <w:b/>
          <w:sz w:val="20"/>
        </w:rPr>
        <w:t>III.- Procedimiento.</w:t>
      </w:r>
    </w:p>
    <w:p>
      <w:r>
        <w:rPr>
          <w:b w:val="0"/>
          <w:sz w:val="20"/>
        </w:rPr>
        <w:t>La presente reclamación se interpone conforme al procedimiento verbal regulado en los artículos 250 y siguientes de la Ley de Enjuiciamiento Civil, dada la cuantía reclamada.</w:t>
      </w:r>
    </w:p>
    <w:p/>
    <w:p>
      <w:r>
        <w:rPr>
          <w:b/>
          <w:sz w:val="20"/>
        </w:rPr>
        <w:t>IV.- Fondo del asunto.</w:t>
      </w:r>
    </w:p>
    <w:p>
      <w:r>
        <w:rPr>
          <w:b w:val="0"/>
          <w:sz w:val="20"/>
        </w:rPr>
        <w:t>Conforme a lo establecido en el artículo 1101 del Código Civil, el incumplimiento en el pago de la obligación contractual genera responsabilidad por daños y perjuicios, procediendo por tanto la reclamación del importe adeudado.</w:t>
      </w:r>
    </w:p>
    <w:p/>
    <w:p>
      <w:r>
        <w:rPr>
          <w:b/>
          <w:sz w:val="20"/>
        </w:rPr>
        <w:t>Por todo lo expuesto, al Juzgado SUPLICO:</w:t>
      </w:r>
    </w:p>
    <w:p>
      <w:r>
        <w:rPr>
          <w:b w:val="0"/>
          <w:sz w:val="20"/>
        </w:rPr>
        <w:t>Primero.- Que se admita esta demanda y, previos los trámites legales oportunos, se dicte sentencia estimando íntegramente la reclamación.</w:t>
      </w:r>
    </w:p>
    <w:p>
      <w:r>
        <w:rPr>
          <w:b w:val="0"/>
          <w:sz w:val="20"/>
        </w:rPr>
        <w:t>Segundo.- Que se condene al Ayuntamiento demandado al pago de la cantidad de ______ euros, más los intereses legales que correspondan desde la fecha de presentación de esta demanda hasta su completo pago.</w:t>
      </w:r>
    </w:p>
    <w:p>
      <w:r>
        <w:rPr>
          <w:b w:val="0"/>
          <w:sz w:val="20"/>
        </w:rPr>
        <w:t>Tercero.- Que se impongan las costas del proceso a la parte demandada.</w:t>
      </w:r>
    </w:p>
    <w:p/>
    <w:p/>
    <w:p>
      <w:r>
        <w:rPr>
          <w:b w:val="0"/>
          <w:sz w:val="20"/>
        </w:rPr>
        <w:t>En _____________________ a ____ de _____________________ de 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Fdo. Demandante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Fdo. Procurador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https://lex-administrativo.com/modelo-demanda-reclamacion-facturas-ayuntamiento/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https://lex-administrativo.com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administrativo.com/modelo-demanda-reclamacion-facturas-ayuntamiento/" TargetMode="External"/><Relationship Id="rId10" Type="http://schemas.openxmlformats.org/officeDocument/2006/relationships/hyperlink" Target="https://lex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