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DEMANDA ANTE EL JUZGADO DE LO SOCIAL CONTRA EL INSTITUTO NACIONAL DE LA SEGURIDAD SOCIAL (INSS)</w:t>
      </w:r>
    </w:p>
    <w:p/>
    <w:p/>
    <w:p>
      <w:r>
        <w:rPr>
          <w:b/>
          <w:sz w:val="20"/>
        </w:rPr>
        <w:t>AL JUZGADO DE LO SOCIAL QUE POR TURNO CORRESPONDA:</w:t>
      </w:r>
    </w:p>
    <w:p/>
    <w:p>
      <w:r>
        <w:rPr>
          <w:b w:val="0"/>
          <w:sz w:val="20"/>
        </w:rPr>
        <w:t>Don/Doña: ________________________________________________________________, mayor de edad, con domicilio a efectos de notificaciones en: ________________________________, con DNI/NIE nº ____________________, bajo la representación que ostenta (si procede), comparece y, como mejor proceda en Derecho,</w:t>
      </w:r>
    </w:p>
    <w:p/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 Que mediante el presente escrito interpone demanda en reclamación contra el INSTITUTO NACIONAL DE LA SEGURIDAD SOCIAL (INSS), entidad pública responsable de la gestión de las prestaciones económicas y sociales del sistema de la Seguridad Social en España.</w:t>
      </w:r>
    </w:p>
    <w:p/>
    <w:p>
      <w:r>
        <w:rPr>
          <w:b w:val="0"/>
          <w:sz w:val="20"/>
        </w:rPr>
        <w:t>Segundo. Que el motivo de la demanda es la impugnación de la resolución administrativa dictada por el INSS que deniega, reconoce parcialmente o extingue la prestación económica que se reclama, conforme a los hechos y fundamentos de derecho que se exponen a continuación.</w:t>
      </w:r>
    </w:p>
    <w:p/>
    <w:p>
      <w:r>
        <w:rPr>
          <w:b/>
          <w:sz w:val="20"/>
        </w:rPr>
        <w:t>HECHOS:</w:t>
      </w:r>
    </w:p>
    <w:p/>
    <w:p>
      <w:r>
        <w:rPr>
          <w:b w:val="0"/>
          <w:sz w:val="20"/>
        </w:rPr>
        <w:t>Primero. El/la demandante ha solicitado ante el INSS la prestación de ______________________ (indicar tipo de prestación: jubilación, incapacidad, desempleo, etc.) conforme a lo establecido en la normativa vigente.</w:t>
      </w:r>
    </w:p>
    <w:p/>
    <w:p>
      <w:r>
        <w:rPr>
          <w:b w:val="0"/>
          <w:sz w:val="20"/>
        </w:rPr>
        <w:t>Segundo. La resolución administrativa del INSS, notificada en fecha ________________, deniega o limita el derecho a dicha prestación, sin motivación suficiente o incumpliendo la normativa aplicable.</w:t>
      </w:r>
    </w:p>
    <w:p/>
    <w:p>
      <w:r>
        <w:rPr>
          <w:b w:val="0"/>
          <w:sz w:val="20"/>
        </w:rPr>
        <w:t>Tercero. El/la demandante ha agotado la vía administrativa, habiendo presentado reclamación previa, sin que hasta la fecha se haya obtenido resolución favorable o respuesta definitiva.</w:t>
      </w:r>
    </w:p>
    <w:p/>
    <w:p>
      <w:r>
        <w:rPr>
          <w:b/>
          <w:sz w:val="20"/>
        </w:rPr>
        <w:t>FUNDAMENTOS DE DERECHO:</w:t>
      </w:r>
    </w:p>
    <w:p/>
    <w:p>
      <w:r>
        <w:rPr>
          <w:b w:val="0"/>
          <w:sz w:val="20"/>
        </w:rPr>
        <w:t>Primero. Competencia. Es competente el Juzgado de lo Social para conocer de la presente demanda, conforme a lo dispuesto en los artículos 1 y 2 de la Ley Reguladora de la Jurisdicción Social.</w:t>
      </w:r>
    </w:p>
    <w:p/>
    <w:p>
      <w:r>
        <w:rPr>
          <w:b w:val="0"/>
          <w:sz w:val="20"/>
        </w:rPr>
        <w:t>Segundo. Legitimación. Legitimado activo es el/la demandante, en su condición de interesado/a en la prestación reclamada. Legitimado pasivo es el INSS, responsable de la gestión y resolución de dicha prestación.</w:t>
      </w:r>
    </w:p>
    <w:p/>
    <w:p>
      <w:r>
        <w:rPr>
          <w:b w:val="0"/>
          <w:sz w:val="20"/>
        </w:rPr>
        <w:t>Tercero. Procedimiento. Procede la tramitación del presente pleito conforme al procedimiento ordinario previsto en el artículo 103 de la Ley Reguladora de la Jurisdicción Social.</w:t>
      </w:r>
    </w:p>
    <w:p/>
    <w:p>
      <w:r>
        <w:rPr>
          <w:b w:val="0"/>
          <w:sz w:val="20"/>
        </w:rPr>
        <w:t>Cuarto. Fondo del asunto. La resolución administrativa impugnada incumple la normativa vigente aplicable, especialmente lo dispuesto en _______________________ (indicar leyes, reglamentos o normas aplicables), por lo que debe estimarse la demanda y reconocer el derecho a la prestación solicitada.</w:t>
      </w:r>
    </w:p>
    <w:p/>
    <w:p>
      <w:r>
        <w:rPr>
          <w:b/>
          <w:sz w:val="20"/>
        </w:rPr>
        <w:t>POR TODO ELLO, SUPLICO AL JUZGADO:</w:t>
      </w:r>
    </w:p>
    <w:p/>
    <w:p>
      <w:r>
        <w:rPr>
          <w:b w:val="0"/>
          <w:sz w:val="20"/>
        </w:rPr>
        <w:t>1. Que, teniendo por presentado este escrito, con sus documentos adjuntos, se sirva admitirlo y se tenga por interpuesta demanda contra el INSTITUTO NACIONAL DE LA SEGURIDAD SOCIAL (INSS).</w:t>
      </w:r>
    </w:p>
    <w:p/>
    <w:p>
      <w:r>
        <w:rPr>
          <w:b w:val="0"/>
          <w:sz w:val="20"/>
        </w:rPr>
        <w:t>2. Que, en su día, dicte sentencia estimando íntegramente la presente demanda, anulando la resolución administrativa impugnada y reconociendo el derecho del/la demandante a la prestación económica reclamada.</w:t>
      </w:r>
    </w:p>
    <w:p/>
    <w:p>
      <w:r>
        <w:rPr>
          <w:b w:val="0"/>
          <w:sz w:val="20"/>
        </w:rPr>
        <w:t>3. Que se condene en costas a la parte demandada si se opusiese a la presente demanda.</w:t>
      </w:r>
    </w:p>
    <w:p/>
    <w:p/>
    <w:p>
      <w:r>
        <w:rPr>
          <w:b w:val="0"/>
          <w:sz w:val="20"/>
        </w:rPr>
        <w:t>En __________________, a __________________</w:t>
      </w:r>
    </w:p>
    <w:p/>
    <w:p/>
    <w:p/>
    <w:p>
      <w:r>
        <w:rPr>
          <w:b/>
          <w:sz w:val="20"/>
        </w:rPr>
        <w:t>Firma del demandante:</w:t>
      </w:r>
    </w:p>
    <w:p>
      <w:r>
        <w:rPr>
          <w:b w:val="0"/>
          <w:sz w:val="20"/>
        </w:rPr>
        <w:t>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demandante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representante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https://lex-administrativo.com/modelo-demanda-ante-el-juzgado-de-lo-social-contra-el-inss/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manda-ante-el-juzgado-de-lo-social-contra-el-ins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