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AMPLIACIÓN DE PLAZO ADMINISTRATIVO</w:t>
      </w:r>
    </w:p>
    <w:p/>
    <w:p/>
    <w:p>
      <w:r>
        <w:rPr>
          <w:b/>
          <w:sz w:val="20"/>
        </w:rPr>
        <w:t>A LA ATENCIÓN DEL ÓRGANO COMPETENTE</w:t>
      </w:r>
    </w:p>
    <w:p/>
    <w:p>
      <w:r>
        <w:rPr>
          <w:b/>
          <w:sz w:val="20"/>
        </w:rPr>
        <w:t>Datos del/la solicitante:</w:t>
      </w:r>
    </w:p>
    <w:p>
      <w:r>
        <w:rPr>
          <w:b w:val="0"/>
          <w:sz w:val="20"/>
        </w:rPr>
        <w:t>Nombre y Apellidos / Razón Social: ____________________________________________</w:t>
      </w:r>
    </w:p>
    <w:p>
      <w:r>
        <w:rPr>
          <w:b w:val="0"/>
          <w:sz w:val="20"/>
        </w:rPr>
        <w:t>DNI/NIF/CIF: _________________________________________________________________</w:t>
      </w:r>
    </w:p>
    <w:p>
      <w:r>
        <w:rPr>
          <w:b w:val="0"/>
          <w:sz w:val="20"/>
        </w:rPr>
        <w:t>Dirección: _________________________________________________________________</w:t>
      </w:r>
    </w:p>
    <w:p>
      <w:r>
        <w:rPr>
          <w:b w:val="0"/>
          <w:sz w:val="20"/>
        </w:rPr>
        <w:t>Teléfono de contacto: _______________________________________________________</w:t>
      </w:r>
    </w:p>
    <w:p/>
    <w:p>
      <w:r>
        <w:rPr>
          <w:b/>
          <w:sz w:val="20"/>
        </w:rPr>
        <w:t>Referencia del expediente o procedimiento administrativo:</w:t>
      </w:r>
    </w:p>
    <w:p>
      <w:r>
        <w:rPr>
          <w:b w:val="0"/>
          <w:sz w:val="20"/>
        </w:rPr>
        <w:t>Número de expediente: ______________________________________________________</w:t>
      </w:r>
    </w:p>
    <w:p>
      <w:r>
        <w:rPr>
          <w:b w:val="0"/>
          <w:sz w:val="20"/>
        </w:rPr>
        <w:t>Asunto: _________________________________________________________________</w:t>
      </w:r>
    </w:p>
    <w:p/>
    <w:p>
      <w:r>
        <w:rPr>
          <w:b/>
          <w:sz w:val="20"/>
        </w:rPr>
        <w:t>EXPOSICIÓN DE MOTIVOS</w:t>
      </w:r>
    </w:p>
    <w:p>
      <w:r>
        <w:rPr>
          <w:b w:val="0"/>
          <w:sz w:val="20"/>
        </w:rPr>
        <w:t>Por medio del presente escrito, y conforme a lo establecido en el artículo 23 de la Ley 39/2015, de 1 de octubre, del Procedimiento Administrativo Común de las Administraciones Públicas, solicito se conceda una ampliación del plazo inicialmente otorgado para la realización de los actos o trámites relacionados con el procedimiento administrativo referido anteriormente.</w:t>
      </w:r>
    </w:p>
    <w:p>
      <w:r>
        <w:rPr>
          <w:b w:val="0"/>
          <w:sz w:val="20"/>
        </w:rPr>
        <w:t>La presente solicitud se fundamenta en las siguientes razones que justifican la imposibilidad de cumplir con el plazo establecido: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/>
    <w:p>
      <w:r>
        <w:rPr>
          <w:b/>
          <w:sz w:val="20"/>
        </w:rPr>
        <w:t>SOLICITUD</w:t>
      </w:r>
    </w:p>
    <w:p>
      <w:r>
        <w:rPr>
          <w:b w:val="0"/>
          <w:sz w:val="20"/>
        </w:rPr>
        <w:t>Por todo lo expuesto, solicito a ese órgano competente que se conceda una ampliación de plazo de ________________ días para la correcta tramitación del procedimiento administrativo mencionado.</w:t>
      </w:r>
    </w:p>
    <w:p>
      <w:r>
        <w:rPr>
          <w:b w:val="0"/>
          <w:sz w:val="20"/>
        </w:rPr>
        <w:t>En caso de ser necesario, me comprometo a aportar toda la documentación o información adicional que se requiera para la evaluación y resolución de esta petición.</w:t>
      </w:r>
    </w:p>
    <w:p/>
    <w:p/>
    <w:p>
      <w:r>
        <w:rPr>
          <w:b w:val="0"/>
          <w:sz w:val="20"/>
        </w:rPr>
        <w:t>Lugar y fecha: ________________________________________________________________</w:t>
      </w:r>
    </w:p>
    <w:p/>
    <w:p/>
    <w:p/>
    <w:p>
      <w:r>
        <w:rPr>
          <w:b/>
          <w:sz w:val="20"/>
        </w:rPr>
        <w:t>Firma:</w:t>
      </w:r>
    </w:p>
    <w:p>
      <w:pPr>
        <w:jc w:val="center"/>
      </w:pPr>
      <w:r>
        <w:rPr>
          <w:b w:val="0"/>
          <w:sz w:val="20"/>
        </w:rPr>
        <w:t>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Correo electrónico: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Teléfono adicional: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https://lex-administrativo.com/modelo-de-solicitud-de-ampliacion-de-plazo-administrativo/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solicitud-de-ampliacion-de-plazo-administrativ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