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QUEJA AL AYUNTAMIENTO</w:t>
      </w:r>
    </w:p>
    <w:p/>
    <w:p>
      <w:r>
        <w:rPr>
          <w:b/>
          <w:sz w:val="20"/>
        </w:rPr>
        <w:t>AL EXCMO. AYUNTAMIENTO DE ____________________</w:t>
      </w:r>
    </w:p>
    <w:p/>
    <w:p>
      <w:r>
        <w:rPr>
          <w:b w:val="0"/>
          <w:sz w:val="20"/>
        </w:rPr>
        <w:t>Yo, D./Dña. ________________________________________________________________, con domicilio en ________________________________________________________ y DNI/NIE número _________________________, ante este Ayuntamiento comparezco y, como mejor proceda en Derecho, DIGO: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Primero.- Que mediante el presente escrito formulo queja formal respecto a los hechos que a continuación se exponen y que afectan a mis derechos e intereses legítimos.</w:t>
      </w:r>
    </w:p>
    <w:p/>
    <w:p>
      <w:r>
        <w:rPr>
          <w:b w:val="0"/>
          <w:sz w:val="20"/>
        </w:rPr>
        <w:t>Segundo.- Que desde hace tiempo he venido padeciendo las siguientes incidencias o deficiencias relacionadas con los servicios o competencias municipales: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Tercero.- Que he intentado resolver estas cuestiones por otros medios sin obtener respuesta satisfactoria, concretamente: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I.- La Constitución Española reconoce el derecho de los ciudadanos a presentar quejas ante las Administraciones Públicas para la defensa de sus derechos e intereses legítimos (artículo 103.1).</w:t>
      </w:r>
    </w:p>
    <w:p/>
    <w:p>
      <w:r>
        <w:rPr>
          <w:b w:val="0"/>
          <w:sz w:val="20"/>
        </w:rPr>
        <w:t>II.- La Ley 39/2015, de 1 de octubre, del Procedimiento Administrativo Común de las Administraciones Públicas, regula la presentación de escritos y la actuación administrativa para la defensa de derechos e intereses legítimos.</w:t>
      </w:r>
    </w:p>
    <w:p/>
    <w:p>
      <w:r>
        <w:rPr>
          <w:b/>
          <w:sz w:val="20"/>
        </w:rPr>
        <w:t>POR TODO ELLO, SOLICITO:</w:t>
      </w:r>
    </w:p>
    <w:p>
      <w:r>
        <w:rPr>
          <w:b w:val="0"/>
          <w:sz w:val="20"/>
        </w:rPr>
        <w:t>Que se tenga por presentada esta queja y se proceda a la investigación y resolución de las incidencias descritas, adoptando las medidas oportunas para garantizar el correcto funcionamiento y prestación de los servicios municipales, conforme a lo establecido en la legislación vigente.</w:t>
      </w:r>
    </w:p>
    <w:p/>
    <w:p>
      <w:r>
        <w:rPr>
          <w:b w:val="0"/>
          <w:sz w:val="20"/>
        </w:rPr>
        <w:t>En ___________________________, a ___ de ______________ de 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AYUNTAMIENTO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Nombre/Departamento : 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https://lex-administrativo.com/modelo-de-queja-al-ayuntamiento/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queja-al-ayuntamient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