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DENUNCIA POR PREVARICACIÓN ADMINISTRATIVA</w:t>
      </w:r>
    </w:p>
    <w:p/>
    <w:p/>
    <w:p>
      <w:r>
        <w:rPr>
          <w:b/>
          <w:sz w:val="20"/>
        </w:rPr>
        <w:t>DATOS DEL DENUNCIANTE</w:t>
      </w:r>
    </w:p>
    <w:p>
      <w:r>
        <w:rPr>
          <w:b w:val="0"/>
          <w:sz w:val="20"/>
        </w:rPr>
        <w:t>Nombre y Apellidos : ________________________________________________</w:t>
      </w:r>
    </w:p>
    <w:p>
      <w:r>
        <w:rPr>
          <w:b w:val="0"/>
          <w:sz w:val="20"/>
        </w:rPr>
        <w:t>DNI/NIE : 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</w:t>
      </w:r>
    </w:p>
    <w:p/>
    <w:p/>
    <w:p>
      <w:r>
        <w:rPr>
          <w:b/>
          <w:sz w:val="20"/>
        </w:rPr>
        <w:t>DATOS DEL DENUNCIADO</w:t>
      </w:r>
    </w:p>
    <w:p>
      <w:r>
        <w:rPr>
          <w:b w:val="0"/>
          <w:sz w:val="20"/>
        </w:rPr>
        <w:t>Nombre y Apellidos : ________________________________________________</w:t>
      </w:r>
    </w:p>
    <w:p>
      <w:r>
        <w:rPr>
          <w:b w:val="0"/>
          <w:sz w:val="20"/>
        </w:rPr>
        <w:t>Cargo o Puesto : _____________________________________________________</w:t>
      </w:r>
    </w:p>
    <w:p>
      <w:r>
        <w:rPr>
          <w:b w:val="0"/>
          <w:sz w:val="20"/>
        </w:rPr>
        <w:t>Organismo o Administración : __________________________________________</w:t>
      </w:r>
    </w:p>
    <w:p>
      <w:r>
        <w:rPr>
          <w:b w:val="0"/>
          <w:sz w:val="20"/>
        </w:rPr>
        <w:t>Dirección : _________________________________________________________</w:t>
      </w:r>
    </w:p>
    <w:p/>
    <w:p/>
    <w:p>
      <w:r>
        <w:rPr>
          <w:b/>
          <w:sz w:val="20"/>
        </w:rPr>
        <w:t>EXPONEN</w:t>
      </w:r>
    </w:p>
    <w:p>
      <w:r>
        <w:rPr>
          <w:b w:val="0"/>
          <w:sz w:val="20"/>
        </w:rPr>
        <w:t>Primero.- Que, en ejercicio de mi derecho y conforme a lo establecido en la legislación vigente, mediante la presente interpongo denuncia por presunta prevaricación administrativa cometida por la persona anteriormente identificada.</w:t>
      </w:r>
    </w:p>
    <w:p/>
    <w:p>
      <w:r>
        <w:rPr>
          <w:b/>
          <w:sz w:val="20"/>
        </w:rPr>
        <w:t>Segundo.- Que los hechos que motivan esta denuncia son los siguientes:</w:t>
      </w:r>
    </w:p>
    <w:p>
      <w:r>
        <w:rPr>
          <w:b w:val="0"/>
          <w:sz w:val="20"/>
        </w:rPr>
        <w:t>__________________________________________________________________________</w:t>
        <w:br/>
        <w:t>__________________________________________________________________________</w:t>
        <w:br/>
        <w:t>__________________________________________________________________________</w:t>
        <w:br/>
        <w:t>__________________________________________________________________________</w:t>
        <w:br/>
        <w:t>__________________________________________________________________________</w:t>
      </w:r>
    </w:p>
    <w:p/>
    <w:p>
      <w:r>
        <w:rPr>
          <w:b/>
          <w:sz w:val="20"/>
        </w:rPr>
        <w:t>FUNDAMENTOS DE DERECHO</w:t>
      </w:r>
    </w:p>
    <w:p>
      <w:r>
        <w:rPr>
          <w:b/>
          <w:sz w:val="20"/>
        </w:rPr>
        <w:t>I. Normativa aplicable:</w:t>
      </w:r>
    </w:p>
    <w:p>
      <w:r>
        <w:rPr>
          <w:b w:val="0"/>
          <w:sz w:val="20"/>
        </w:rPr>
        <w:t>Artículo 404 del Código Penal, que tipifica la prevaricación administrativa, estableciendo que será castigado con pena de prisión y multa el funcionario público que dictare resolución arbitraria en un asunto administrativo, a sabiendas de su injusticia.</w:t>
      </w:r>
    </w:p>
    <w:p/>
    <w:p>
      <w:r>
        <w:rPr>
          <w:b/>
          <w:sz w:val="20"/>
        </w:rPr>
        <w:t>II. Otros fundamentos normativos:</w:t>
      </w:r>
    </w:p>
    <w:p>
      <w:r>
        <w:rPr>
          <w:b w:val="0"/>
          <w:sz w:val="20"/>
        </w:rPr>
        <w:t>Ley 39/2015, de 1 de octubre, del Procedimiento Administrativo Común de las Administraciones Públicas.</w:t>
        <w:br/>
        <w:t>Ley 40/2015, de 1 de octubre, de Régimen Jurídico del Sector Público.</w:t>
      </w:r>
    </w:p>
    <w:p/>
    <w:p>
      <w:r>
        <w:rPr>
          <w:b/>
          <w:sz w:val="20"/>
        </w:rPr>
        <w:t>POR TODO ELLO, SOLICITO</w:t>
      </w:r>
    </w:p>
    <w:p>
      <w:r>
        <w:rPr>
          <w:b w:val="0"/>
          <w:sz w:val="20"/>
        </w:rPr>
        <w:t>Que se admita esta denuncia y se inicien las actuaciones administrativas y penales oportunas para el esclarecimiento de los hechos y, en su caso, la imposición de las responsabilidades legales que procedan conforme a Derecho.</w:t>
      </w:r>
    </w:p>
    <w:p/>
    <w:p/>
    <w:p>
      <w:r>
        <w:rPr>
          <w:b w:val="0"/>
          <w:sz w:val="20"/>
        </w:rPr>
        <w:t>En __________________________</w:t>
      </w:r>
    </w:p>
    <w:p>
      <w:r>
        <w:rPr>
          <w:b w:val="0"/>
          <w:sz w:val="20"/>
        </w:rPr>
        <w:t>Firma del denunciante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TESTIGO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TESTIGO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https://lex-administrativo.com/modelo-de-denuncia-por-prevaricacion-administrativa/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denuncia-por-prevaricacion-administrativa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