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CERTIFICADO DE PRÁCTICAS PROFESIONALES</w:t>
      </w:r>
    </w:p>
    <w:p/>
    <w:p/>
    <w:p>
      <w:r>
        <w:rPr>
          <w:b/>
          <w:sz w:val="20"/>
        </w:rPr>
        <w:t>Por medio del presente certificado, la empresa o entidad hace constar que:</w:t>
      </w:r>
    </w:p>
    <w:p/>
    <w:p>
      <w:r>
        <w:rPr>
          <w:b w:val="0"/>
          <w:sz w:val="20"/>
        </w:rPr>
        <w:t>Nombre y Apellidos del alumno/a : ____________________________________________</w:t>
      </w:r>
    </w:p>
    <w:p>
      <w:r>
        <w:rPr>
          <w:b w:val="0"/>
          <w:sz w:val="20"/>
        </w:rPr>
        <w:t>DNI/NIE : _________________________________________________________________</w:t>
      </w:r>
    </w:p>
    <w:p>
      <w:r>
        <w:rPr>
          <w:b w:val="0"/>
          <w:sz w:val="20"/>
        </w:rPr>
        <w:t>Curso o ciclo formativo : ___________________________________________________</w:t>
      </w:r>
    </w:p>
    <w:p>
      <w:r>
        <w:rPr>
          <w:b w:val="0"/>
          <w:sz w:val="20"/>
        </w:rPr>
        <w:t>Centro educativo : __________________________________________________________</w:t>
      </w:r>
    </w:p>
    <w:p/>
    <w:p>
      <w:r>
        <w:rPr>
          <w:b w:val="0"/>
          <w:sz w:val="20"/>
        </w:rPr>
        <w:t>Empresa o entidad colaboradora : ______________________________________________</w:t>
      </w:r>
    </w:p>
    <w:p>
      <w:r>
        <w:rPr>
          <w:b w:val="0"/>
          <w:sz w:val="20"/>
        </w:rPr>
        <w:t>Domicilio social : ___________________________________________________________</w:t>
      </w:r>
    </w:p>
    <w:p>
      <w:r>
        <w:rPr>
          <w:b w:val="0"/>
          <w:sz w:val="20"/>
        </w:rPr>
        <w:t>CIF : _______________________________________________________________________</w:t>
      </w:r>
    </w:p>
    <w:p/>
    <w:p>
      <w:r>
        <w:rPr>
          <w:b/>
          <w:sz w:val="20"/>
        </w:rPr>
        <w:t>Que el/la alumno/a ha realizado prácticas profesionales en esta empresa o entidad, en calidad de estudiante en formación, dentro del periodo temporal asignado para ello. Durante las mismas, ha desarrollado las siguientes funciones y actividades:</w:t>
      </w:r>
    </w:p>
    <w:p/>
    <w:p>
      <w:r>
        <w:rPr>
          <w:b w:val="0"/>
          <w:sz w:val="20"/>
        </w:rPr>
        <w:t>· _____________________________________________________________________________</w:t>
      </w:r>
    </w:p>
    <w:p>
      <w:r>
        <w:rPr>
          <w:b w:val="0"/>
          <w:sz w:val="20"/>
        </w:rPr>
        <w:t>· _____________________________________________________________________________</w:t>
      </w:r>
    </w:p>
    <w:p>
      <w:r>
        <w:rPr>
          <w:b w:val="0"/>
          <w:sz w:val="20"/>
        </w:rPr>
        <w:t>· _____________________________________________________________________________</w:t>
      </w:r>
    </w:p>
    <w:p>
      <w:r>
        <w:rPr>
          <w:b w:val="0"/>
          <w:sz w:val="20"/>
        </w:rPr>
        <w:t>· _____________________________________________________________________________</w:t>
      </w:r>
    </w:p>
    <w:p/>
    <w:p>
      <w:r>
        <w:rPr>
          <w:b/>
          <w:sz w:val="20"/>
        </w:rPr>
        <w:t>La empresa o entidad certifica que el/la alumno/a ha cumplido con las tareas encomendada de forma satisfactoria, demostrando interés, responsabilidad y adecuada actitud profesional.</w:t>
      </w:r>
    </w:p>
    <w:p/>
    <w:p>
      <w:r>
        <w:rPr>
          <w:b/>
          <w:sz w:val="20"/>
        </w:rPr>
        <w:t>La entidad se compromete a respetar la confidencialidad de la información a la que el alumno/a ha tenido acceso durante las prácticas, conforme a la normativa vigente en materia de protección de datos y seguridad de la información.</w:t>
      </w:r>
    </w:p>
    <w:p/>
    <w:p>
      <w:r>
        <w:rPr>
          <w:b/>
          <w:sz w:val="20"/>
        </w:rPr>
        <w:t>Este certificado no implica relación laboral alguna entre el alumno/a y la empresa o entidad, siendo estas prácticas una parte formativa obligatoria o voluntaria del proceso educativo.</w:t>
      </w:r>
    </w:p>
    <w:p/>
    <w:p/>
    <w:p>
      <w:r>
        <w:rPr>
          <w:b w:val="0"/>
          <w:sz w:val="20"/>
        </w:rPr>
        <w:t>Lugar : __________________________________    Fecha : 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y sello de la empresa o entidad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alumno/a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https://lex-administrativo.com/modelo-de-certificado-de-practicas-profesionales/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https://lex-administrativo.com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administrativo.com/modelo-de-certificado-de-practicas-profesionales/" TargetMode="External"/><Relationship Id="rId10" Type="http://schemas.openxmlformats.org/officeDocument/2006/relationships/hyperlink" Target="https://lex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