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MODELO DE CERTIFICADO DE ESTUDIOS</w:t>
      </w:r>
    </w:p>
    <w:p/>
    <w:p/>
    <w:p>
      <w:r>
        <w:rPr>
          <w:b w:val="0"/>
          <w:sz w:val="20"/>
        </w:rPr>
        <w:t>El/la abajo firmante, en calidad de autoridad competente del centro educativo, certifica que el/la alumno/a que se identifica a continuación ha cursado y completado con aprovechamiento los estudios correspondientes conforme a la normativa vigente aplicable en España.</w:t>
      </w:r>
    </w:p>
    <w:p/>
    <w:p/>
    <w:p>
      <w:r>
        <w:rPr>
          <w:b/>
          <w:sz w:val="20"/>
        </w:rPr>
        <w:t>Datos del Alumno/a:</w:t>
      </w:r>
    </w:p>
    <w:p>
      <w:r>
        <w:rPr>
          <w:b w:val="0"/>
          <w:sz w:val="20"/>
        </w:rPr>
        <w:t>Nombre y Apellidos : ___________________________________________________</w:t>
      </w:r>
    </w:p>
    <w:p>
      <w:r>
        <w:rPr>
          <w:b w:val="0"/>
          <w:sz w:val="20"/>
        </w:rPr>
        <w:t>Número de Documento de Identidad : _____________________________________</w:t>
      </w:r>
    </w:p>
    <w:p>
      <w:r>
        <w:rPr>
          <w:b w:val="0"/>
          <w:sz w:val="20"/>
        </w:rPr>
        <w:t>Fecha de nacimiento : ___________________________________________________</w:t>
      </w:r>
    </w:p>
    <w:p>
      <w:r>
        <w:rPr>
          <w:b w:val="0"/>
          <w:sz w:val="20"/>
        </w:rPr>
        <w:t>Domicilio : _____________________________________________________________</w:t>
      </w:r>
    </w:p>
    <w:p/>
    <w:p>
      <w:r>
        <w:rPr>
          <w:b/>
          <w:sz w:val="20"/>
        </w:rPr>
        <w:t>Datos del Centro Educativo:</w:t>
      </w:r>
    </w:p>
    <w:p>
      <w:r>
        <w:rPr>
          <w:b w:val="0"/>
          <w:sz w:val="20"/>
        </w:rPr>
        <w:t>Nombre del Centro : ____________________________________________________</w:t>
      </w:r>
    </w:p>
    <w:p>
      <w:r>
        <w:rPr>
          <w:b w:val="0"/>
          <w:sz w:val="20"/>
        </w:rPr>
        <w:t>Dirección : ____________________________________________________________</w:t>
      </w:r>
    </w:p>
    <w:p>
      <w:r>
        <w:rPr>
          <w:b w:val="0"/>
          <w:sz w:val="20"/>
        </w:rPr>
        <w:t>Código de Centro : _____________________________________________________</w:t>
      </w:r>
    </w:p>
    <w:p>
      <w:r>
        <w:rPr>
          <w:b w:val="0"/>
          <w:sz w:val="20"/>
        </w:rPr>
        <w:t>Teléfono : _____________________________________________________________</w:t>
      </w:r>
    </w:p>
    <w:p/>
    <w:p>
      <w:r>
        <w:rPr>
          <w:b/>
          <w:sz w:val="20"/>
        </w:rPr>
        <w:t>Descripción de los Estudios Realizados:</w:t>
      </w:r>
    </w:p>
    <w:p>
      <w:r>
        <w:rPr>
          <w:b w:val="0"/>
          <w:sz w:val="20"/>
        </w:rPr>
        <w:t>Denominación del Ciclo/Formación : _____________________________________</w:t>
      </w:r>
    </w:p>
    <w:p>
      <w:r>
        <w:rPr>
          <w:b w:val="0"/>
          <w:sz w:val="20"/>
        </w:rPr>
        <w:t>Duración : _____________________________________________________________</w:t>
      </w:r>
    </w:p>
    <w:p>
      <w:r>
        <w:rPr>
          <w:b w:val="0"/>
          <w:sz w:val="20"/>
        </w:rPr>
        <w:t>Niveles o módulos superados : ___________________________________________</w:t>
      </w:r>
    </w:p>
    <w:p>
      <w:r>
        <w:rPr>
          <w:b w:val="0"/>
          <w:sz w:val="20"/>
        </w:rPr>
        <w:t>Fecha de inicio : ______________________________________________________</w:t>
      </w:r>
    </w:p>
    <w:p>
      <w:r>
        <w:rPr>
          <w:b w:val="0"/>
          <w:sz w:val="20"/>
        </w:rPr>
        <w:t>Fecha de finalización : _________________________________________________</w:t>
      </w:r>
    </w:p>
    <w:p/>
    <w:p>
      <w:r>
        <w:rPr>
          <w:b w:val="0"/>
          <w:sz w:val="20"/>
        </w:rPr>
        <w:t>Calificación final obtenida : ___________________________________________</w:t>
      </w:r>
    </w:p>
    <w:p/>
    <w:p>
      <w:r>
        <w:rPr>
          <w:b/>
          <w:sz w:val="20"/>
        </w:rPr>
        <w:t>DECLARACIÓN:</w:t>
      </w:r>
    </w:p>
    <w:p>
      <w:r>
        <w:rPr>
          <w:b w:val="0"/>
          <w:sz w:val="20"/>
        </w:rPr>
        <w:t>El presente certificado se expide a solicitud del interesado/a para los usos que estime convenientes, y tiene validez conforme a la legislación educativa vigente en España. Cualquier falsedad en la información contenida en el presente documento será responsablemente sancionada conforme a derecho.</w:t>
      </w:r>
    </w:p>
    <w:p/>
    <w:p/>
    <w:p>
      <w:r>
        <w:rPr>
          <w:b w:val="0"/>
          <w:sz w:val="20"/>
        </w:rPr>
        <w:t>Lugar de emisión : _____________________________________________</w:t>
      </w:r>
    </w:p>
    <w:p>
      <w:r>
        <w:rPr>
          <w:b w:val="0"/>
          <w:sz w:val="20"/>
        </w:rPr>
        <w:t>Fecha de emisión : 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Y SELLO DEL CENTRO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FIRMA DEL DIRECTOR/A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Nombre : __________________________________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 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https://lex-administrativo.com/modelo-de-certificado-de-estudios/</w:t>
        </w:r>
      </w:hyperlink>
    </w:p>
    <w:p>
      <w:pPr>
        <w:jc w:val="center"/>
      </w:pPr>
      <w:r>
        <w:rPr>
          <w:color w:val="555555"/>
          <w:sz w:val="26"/>
        </w:rPr>
        <w:t>¿Le resultó útil esta plantilla?</w:t>
      </w:r>
    </w:p>
    <w:p>
      <w:pPr>
        <w:jc w:val="center"/>
      </w:pPr>
      <w:r>
        <w:rPr>
          <w:color w:val="555555"/>
          <w:sz w:val="26"/>
        </w:rPr>
        <w:t>Encuentre más plantillas actualizadas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https://lex-administrativo.com</w:t>
        </w:r>
      </w:hyperlink>
    </w:p>
    <w:p>
      <w:pPr>
        <w:jc w:val="center"/>
      </w:pPr>
      <w:r>
        <w:rPr>
          <w:color w:val="808080"/>
          <w:sz w:val="20"/>
        </w:rPr>
        <w:t>Esta plantilla está destinada exclusivamente para uso personal y no comercial.</w:t>
        <w:br/>
        <w:t>En caso de distribución o publicación, es obligatorio mencionar la fuente. © lex-administrativo.com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lex-administrativo.com/modelo-de-certificado-de-estudios/" TargetMode="External"/><Relationship Id="rId10" Type="http://schemas.openxmlformats.org/officeDocument/2006/relationships/hyperlink" Target="https://lex-administrativ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