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INFORMAR UN ERROR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Nombre o Departamento _______________________________</w:t>
      </w:r>
    </w:p>
    <w:p>
      <w:r>
        <w:rPr>
          <w:b w:val="0"/>
          <w:sz w:val="20"/>
        </w:rPr>
        <w:t>Dirección ___________________________________________</w:t>
      </w:r>
    </w:p>
    <w:p>
      <w:r>
        <w:rPr>
          <w:b w:val="0"/>
          <w:sz w:val="20"/>
        </w:rPr>
        <w:t>Código Postal y Ciudad _______________________________</w:t>
      </w:r>
    </w:p>
    <w:p/>
    <w:p>
      <w:r>
        <w:rPr>
          <w:b/>
          <w:sz w:val="20"/>
        </w:rPr>
        <w:t>De:</w:t>
      </w:r>
    </w:p>
    <w:p>
      <w:r>
        <w:rPr>
          <w:b w:val="0"/>
          <w:sz w:val="20"/>
        </w:rPr>
        <w:t>Nombre y Apellidos / Razón Social ______________________</w:t>
      </w:r>
    </w:p>
    <w:p>
      <w:r>
        <w:rPr>
          <w:b w:val="0"/>
          <w:sz w:val="20"/>
        </w:rPr>
        <w:t>Dirección ___________________________________________</w:t>
      </w:r>
    </w:p>
    <w:p>
      <w:r>
        <w:rPr>
          <w:b w:val="0"/>
          <w:sz w:val="20"/>
        </w:rPr>
        <w:t>Código Postal y Ciudad _______________________________</w:t>
      </w:r>
    </w:p>
    <w:p>
      <w:r>
        <w:rPr>
          <w:b w:val="0"/>
          <w:sz w:val="20"/>
        </w:rPr>
        <w:t>Teléfono _____________________________________________</w:t>
      </w:r>
    </w:p>
    <w:p>
      <w:r>
        <w:rPr>
          <w:b w:val="0"/>
          <w:sz w:val="20"/>
        </w:rPr>
        <w:t>Correo electrónico ____________________________________</w:t>
      </w:r>
    </w:p>
    <w:p/>
    <w:p/>
    <w:p>
      <w:r>
        <w:rPr>
          <w:b/>
          <w:sz w:val="20"/>
        </w:rPr>
        <w:t>Asunto: Comunicación de error detectado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la presente, me dirijo a ustedes para informarles acerca de un error detectado relacionado con los servicios/productos facilitados por su empresa. Detallo a continuación la descripción del error para su adecuada gestión y corrección:</w:t>
      </w:r>
    </w:p>
    <w:p/>
    <w:p>
      <w:r>
        <w:rPr>
          <w:b/>
          <w:sz w:val="20"/>
        </w:rPr>
        <w:t>Descripción del error: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Solicito que se proceda a la corrección oportuna de este error a la mayor brevedad posible, y que se me informe sobre las acciones que se van a tomar al respecto.</w:t>
      </w:r>
    </w:p>
    <w:p/>
    <w:p>
      <w:r>
        <w:rPr>
          <w:b w:val="0"/>
          <w:sz w:val="20"/>
        </w:rPr>
        <w:t>Quedo a su disposición para facilitar cualquier información adicional que puedan necesitar y confío en su pronta respuesta y solución.</w:t>
      </w:r>
    </w:p>
    <w:p/>
    <w:p/>
    <w:p>
      <w:r>
        <w:rPr>
          <w:b w:val="0"/>
          <w:sz w:val="20"/>
        </w:rPr>
        <w:t>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_______________________________</w:t>
            </w:r>
          </w:p>
        </w:tc>
      </w:tr>
    </w:tbl>
    <w:p/>
    <w:p/>
    <w:p>
      <w:r>
        <w:rPr>
          <w:b w:val="0"/>
          <w:sz w:val="20"/>
        </w:rPr>
        <w:t>Lugar: ____________________________     Fecha: 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https://lex-administrativo.com/modelo-de-carta-para-informar-un-error/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arta-para-informar-un-error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