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COMUNICAR UN SINIESTRO</w:t>
      </w:r>
    </w:p>
    <w:p/>
    <w:p/>
    <w:p>
      <w:r>
        <w:rPr>
          <w:b/>
          <w:sz w:val="20"/>
        </w:rPr>
        <w:t>Datos del Tomador / Asegurado: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 / NIF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Datos de la Póliza de Seguro:</w:t>
      </w:r>
    </w:p>
    <w:p>
      <w:r>
        <w:rPr>
          <w:b w:val="0"/>
          <w:sz w:val="20"/>
        </w:rPr>
        <w:t>Número de póliza : ____________________________________________________</w:t>
      </w:r>
    </w:p>
    <w:p>
      <w:r>
        <w:rPr>
          <w:b w:val="0"/>
          <w:sz w:val="20"/>
        </w:rPr>
        <w:t>Tipo de seguro : ______________________________________________________</w:t>
      </w:r>
    </w:p>
    <w:p/>
    <w:p>
      <w:r>
        <w:rPr>
          <w:b/>
          <w:sz w:val="20"/>
        </w:rPr>
        <w:t>A la atención del Departamento de Siniestros</w:t>
      </w:r>
    </w:p>
    <w:p>
      <w:r>
        <w:rPr>
          <w:b w:val="0"/>
          <w:sz w:val="20"/>
        </w:rPr>
        <w:t>Compañía Aseguradora : 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/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la presente, y en cumplimiento de las condiciones establecidas en la póliza contratada, comunico la ocurrencia de un siniestro cubierto por dicha póliza. A continuación, detallo los datos y circunstancias relevantes:</w:t>
      </w:r>
    </w:p>
    <w:p/>
    <w:p>
      <w:r>
        <w:rPr>
          <w:b w:val="0"/>
          <w:sz w:val="20"/>
        </w:rPr>
        <w:t>1. Fecha y hora del siniestro : _________________________________________</w:t>
      </w:r>
    </w:p>
    <w:p>
      <w:r>
        <w:rPr>
          <w:b w:val="0"/>
          <w:sz w:val="20"/>
        </w:rPr>
        <w:t>2. Lugar del siniestro : ________________________________________________</w:t>
      </w:r>
    </w:p>
    <w:p>
      <w:r>
        <w:rPr>
          <w:b w:val="0"/>
          <w:sz w:val="20"/>
        </w:rPr>
        <w:t>3. Descripción detallada del siniestro y daños causados :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/>
    <w:p>
      <w:r>
        <w:rPr>
          <w:b w:val="0"/>
          <w:sz w:val="20"/>
        </w:rPr>
        <w:t>Adjunto a esta comunicación, remito copia de la documentación relevante para la tramitación del siniestro (fotografías, parte de accidente, informes, etc.).</w:t>
      </w:r>
    </w:p>
    <w:p/>
    <w:p>
      <w:r>
        <w:rPr>
          <w:b w:val="0"/>
          <w:sz w:val="20"/>
        </w:rPr>
        <w:t>Solicito que se inicien los procedimientos necesarios para la valoración y gestión del siniestro a la mayor brevedad posible, y quedo a disposición para facilitar cualquier información adicional que se requiera.</w:t>
      </w:r>
    </w:p>
    <w:p/>
    <w:p/>
    <w:p>
      <w:r>
        <w:rPr>
          <w:b w:val="0"/>
          <w:sz w:val="20"/>
        </w:rPr>
        <w:t>Sin otro particular, y esperando su pronta respuesta, les saluda atentamente,</w:t>
      </w:r>
    </w:p>
    <w:p/>
    <w:p/>
    <w:p/>
    <w:p>
      <w:r>
        <w:rPr>
          <w:b w:val="0"/>
          <w:sz w:val="20"/>
        </w:rPr>
        <w:t>Lugar : ___________________________________</w:t>
      </w:r>
    </w:p>
    <w:p>
      <w:r>
        <w:rPr>
          <w:b w:val="0"/>
          <w:sz w:val="20"/>
        </w:rPr>
        <w:t>Firma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 Tomador/Asegurado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 / NIF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https://lex-administrativo.com/modelo-de-carta-para-comunicar-un-siniestro/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arta-para-comunicar-un-siniestr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