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RECLAMACIÓN POR DAÑOS AL VEHÍCULO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Nombre o razón social de la aseguradora o parte responsable</w:t>
      </w:r>
    </w:p>
    <w:p>
      <w:r>
        <w:rPr>
          <w:b w:val="0"/>
          <w:sz w:val="20"/>
        </w:rPr>
        <w:t>Dirección</w:t>
      </w:r>
    </w:p>
    <w:p>
      <w:r>
        <w:rPr>
          <w:b w:val="0"/>
          <w:sz w:val="20"/>
        </w:rPr>
        <w:t>Código Postal, Ciudad</w:t>
      </w:r>
    </w:p>
    <w:p/>
    <w:p>
      <w:r>
        <w:rPr>
          <w:b/>
          <w:sz w:val="20"/>
        </w:rPr>
        <w:t>ASUNTO: Reclamación por daños causados a vehículo</w:t>
      </w:r>
    </w:p>
    <w:p/>
    <w:p/>
    <w:p>
      <w:r>
        <w:rPr>
          <w:b w:val="0"/>
          <w:sz w:val="20"/>
        </w:rPr>
        <w:t>Estimados señores:</w:t>
      </w:r>
    </w:p>
    <w:p/>
    <w:p>
      <w:r>
        <w:rPr>
          <w:b w:val="0"/>
          <w:sz w:val="20"/>
        </w:rPr>
        <w:t>Por medio de la presente, me dirijo a ustedes con el fin de efectuar la reclamación formal por los daños sufridos en mi vehículo, cuyas circunstancias paso a exponer a continuación:</w:t>
      </w:r>
    </w:p>
    <w:p/>
    <w:p>
      <w:r>
        <w:rPr>
          <w:b/>
          <w:sz w:val="20"/>
        </w:rPr>
        <w:t>DATOS DEL RECLAMANTE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DNI/NIF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DATOS DEL VEHÍCULO</w:t>
      </w:r>
    </w:p>
    <w:p>
      <w:r>
        <w:rPr>
          <w:b w:val="0"/>
          <w:sz w:val="20"/>
        </w:rPr>
        <w:t>Marca : ______________________________________________________________</w:t>
      </w:r>
    </w:p>
    <w:p>
      <w:r>
        <w:rPr>
          <w:b w:val="0"/>
          <w:sz w:val="20"/>
        </w:rPr>
        <w:t>Modelo : _____________________________________________________________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</w:t>
      </w:r>
    </w:p>
    <w:p>
      <w:r>
        <w:rPr>
          <w:b w:val="0"/>
          <w:sz w:val="20"/>
        </w:rPr>
        <w:t>Número de bastidor : _________________________________________________</w:t>
      </w:r>
    </w:p>
    <w:p/>
    <w:p>
      <w:r>
        <w:rPr>
          <w:b/>
          <w:sz w:val="20"/>
        </w:rPr>
        <w:t>DATOS DEL SINIESTRO</w:t>
      </w:r>
    </w:p>
    <w:p>
      <w:r>
        <w:rPr>
          <w:b w:val="0"/>
          <w:sz w:val="20"/>
        </w:rPr>
        <w:t>Lugar del siniestro : _________________________________________________</w:t>
      </w:r>
    </w:p>
    <w:p>
      <w:r>
        <w:rPr>
          <w:b w:val="0"/>
          <w:sz w:val="20"/>
        </w:rPr>
        <w:t>Descripción de los hechos : 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Fecha y hora aproximada : ____________________________________________</w:t>
      </w:r>
    </w:p>
    <w:p/>
    <w:p>
      <w:r>
        <w:rPr>
          <w:b/>
          <w:sz w:val="20"/>
        </w:rPr>
        <w:t>DESCRIPCIÓN DE LOS DAÑOS</w:t>
      </w:r>
    </w:p>
    <w:p>
      <w:r>
        <w:rPr>
          <w:b w:val="0"/>
          <w:sz w:val="20"/>
        </w:rPr>
        <w:t>Detalle de los daños sufridos por el vehículo : 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Por todo lo anterior, solicito que se proceda a la reparación de los daños ocasionados o, en su defecto, a la correspondiente indemnización conforme a la normativa vigente.</w:t>
      </w:r>
    </w:p>
    <w:p/>
    <w:p>
      <w:r>
        <w:rPr>
          <w:b/>
          <w:sz w:val="20"/>
        </w:rPr>
        <w:t>DOCUMENTACIÓN ADJUNTA</w:t>
      </w:r>
    </w:p>
    <w:p>
      <w:r>
        <w:rPr>
          <w:b w:val="0"/>
          <w:sz w:val="20"/>
        </w:rPr>
        <w:t>- Fotocopia del DNI/NIF</w:t>
      </w:r>
    </w:p>
    <w:p>
      <w:r>
        <w:rPr>
          <w:b w:val="0"/>
          <w:sz w:val="20"/>
        </w:rPr>
        <w:t>- Fotocopia del permiso de circulación y ficha técnica del vehículo</w:t>
      </w:r>
    </w:p>
    <w:p>
      <w:r>
        <w:rPr>
          <w:b w:val="0"/>
          <w:sz w:val="20"/>
        </w:rPr>
        <w:t>- Informe o presupuesto de reparación</w:t>
      </w:r>
    </w:p>
    <w:p>
      <w:r>
        <w:rPr>
          <w:b w:val="0"/>
          <w:sz w:val="20"/>
        </w:rPr>
        <w:t>- Parte amistoso o denuncia policial, en su caso</w:t>
      </w:r>
    </w:p>
    <w:p>
      <w:r>
        <w:rPr>
          <w:b w:val="0"/>
          <w:sz w:val="20"/>
        </w:rPr>
        <w:t>- Fotografías de los daños</w:t>
      </w:r>
    </w:p>
    <w:p/>
    <w:p>
      <w:r>
        <w:rPr>
          <w:b w:val="0"/>
          <w:sz w:val="20"/>
        </w:rPr>
        <w:t>Quedo a la espera de su pronta respuesta y me reservo el derecho a emprender las acciones legales que correspondan en defensa de mis derechos.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 : ______________________________________</w:t>
      </w:r>
    </w:p>
    <w:p>
      <w:r>
        <w:rPr>
          <w:b w:val="0"/>
          <w:sz w:val="20"/>
        </w:rPr>
        <w:t>Nombre completo : __________________________________</w:t>
      </w:r>
    </w:p>
    <w:p/>
    <w:p/>
    <w:p>
      <w:r>
        <w:rPr>
          <w:b w:val="0"/>
          <w:sz w:val="20"/>
        </w:rPr>
        <w:t>Lugar : _________________________    Fecha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Aseguradora / Parte Responsable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https://lex-administrativo.com/modelo-de-carta-de-reclamacion-por-danos-al-vehiculo/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arta-de-reclamacion-por-danos-al-vehicul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