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COMUNICACIÓN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Nombre / Empresa : ________________________________________________</w:t>
      </w:r>
    </w:p>
    <w:p>
      <w:r>
        <w:rPr>
          <w:b w:val="0"/>
          <w:sz w:val="20"/>
        </w:rPr>
        <w:t>Dirección : ______________________________________________________</w:t>
      </w:r>
    </w:p>
    <w:p>
      <w:r>
        <w:rPr>
          <w:b w:val="0"/>
          <w:sz w:val="20"/>
        </w:rPr>
        <w:t>Ciudad : _________________________________________________________</w:t>
      </w:r>
    </w:p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 / Empresa : ________________________________________________</w:t>
      </w:r>
    </w:p>
    <w:p>
      <w:r>
        <w:rPr>
          <w:b w:val="0"/>
          <w:sz w:val="20"/>
        </w:rPr>
        <w:t>Dirección : ______________________________________________________</w:t>
      </w:r>
    </w:p>
    <w:p>
      <w:r>
        <w:rPr>
          <w:b w:val="0"/>
          <w:sz w:val="20"/>
        </w:rPr>
        <w:t>Ciudad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</w:t>
      </w:r>
    </w:p>
    <w:p>
      <w:r>
        <w:rPr>
          <w:b w:val="0"/>
          <w:sz w:val="20"/>
        </w:rPr>
        <w:t>Correo electrónico : ______________________________________________</w:t>
      </w:r>
    </w:p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 w:val="0"/>
          <w:sz w:val="20"/>
        </w:rPr>
        <w:t>Estimado/a Sr./Sra.,</w:t>
      </w:r>
    </w:p>
    <w:p/>
    <w:p>
      <w:r>
        <w:rPr>
          <w:b w:val="0"/>
          <w:sz w:val="20"/>
        </w:rPr>
        <w:t>Por medio de la presente, me dirijo a usted en calidad de [indicar relación o cargo], con el propósito de comunicarle lo siguiente:</w:t>
      </w:r>
    </w:p>
    <w:p/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 w:val="0"/>
          <w:sz w:val="20"/>
        </w:rPr>
        <w:t>Se ruega tomar en consideración la información aquí expuesta y proceder conforme a lo indicado.</w:t>
      </w:r>
    </w:p>
    <w:p/>
    <w:p>
      <w:r>
        <w:rPr>
          <w:b/>
          <w:sz w:val="20"/>
        </w:rPr>
        <w:t>Confidencialidad:</w:t>
      </w:r>
    </w:p>
    <w:p>
      <w:r>
        <w:rPr>
          <w:b w:val="0"/>
          <w:sz w:val="20"/>
        </w:rPr>
        <w:t>Esta comunicación es confidencial y está dirigida exclusivamente a la persona o entidad a quien va dirigida. Queda prohibida la difusión, distribución o copia del contenido sin autorización expresa.</w:t>
      </w:r>
    </w:p>
    <w:p/>
    <w:p>
      <w:r>
        <w:rPr>
          <w:b w:val="0"/>
          <w:sz w:val="20"/>
        </w:rPr>
        <w:t>Sin otro particular, quedo a su disposición para cualquier aclaración o información adicional.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Firma: _______________________________</w:t>
      </w:r>
    </w:p>
    <w:p>
      <w:r>
        <w:rPr>
          <w:b w:val="0"/>
          <w:sz w:val="20"/>
        </w:rPr>
        <w:t>Nombre: ______________________________</w:t>
      </w:r>
    </w:p>
    <w:p>
      <w:r>
        <w:rPr>
          <w:b w:val="0"/>
          <w:sz w:val="20"/>
        </w:rPr>
        <w:t>DNI / NIF: ____________________________</w:t>
      </w:r>
    </w:p>
    <w:p/>
    <w:p/>
    <w:p>
      <w:r>
        <w:rPr>
          <w:b w:val="0"/>
          <w:sz w:val="20"/>
        </w:rPr>
        <w:t>Lugar y fecha: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https://lex-administrativo.com/modelo-de-carta-comunicando-algo/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arta-comunicando-alg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