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AL DEFENSOR DEL PUEBLO</w:t>
      </w:r>
    </w:p>
    <w:p/>
    <w:p/>
    <w:p>
      <w:r>
        <w:rPr>
          <w:b/>
          <w:sz w:val="20"/>
        </w:rPr>
        <w:t>Defensor del Pueblo</w:t>
      </w:r>
    </w:p>
    <w:p>
      <w:r>
        <w:rPr>
          <w:b w:val="0"/>
          <w:sz w:val="20"/>
        </w:rPr>
        <w:t>Paseo de Recoletos, 6, 28001 Madrid</w:t>
      </w:r>
    </w:p>
    <w:p>
      <w:r>
        <w:rPr>
          <w:b w:val="0"/>
          <w:sz w:val="20"/>
        </w:rPr>
        <w:t>España</w:t>
      </w:r>
    </w:p>
    <w:p/>
    <w:p/>
    <w:p>
      <w:r>
        <w:rPr>
          <w:b/>
          <w:sz w:val="20"/>
        </w:rPr>
        <w:t>Asunto: Solicitud de actuación y protección de derechos fundamentales</w:t>
      </w:r>
    </w:p>
    <w:p/>
    <w:p/>
    <w:p>
      <w:r>
        <w:rPr>
          <w:b/>
          <w:sz w:val="20"/>
        </w:rPr>
        <w:t>Muy Sr./Sra. mío/a:</w:t>
      </w:r>
    </w:p>
    <w:p/>
    <w:p>
      <w:r>
        <w:rPr>
          <w:b w:val="0"/>
          <w:sz w:val="20"/>
        </w:rPr>
        <w:t>Me dirijo a usted en mi calidad de ciudadano/a con el fin de presentar una queja formal y solicitar la intervención del Defensor del Pueblo en relación con hechos que considero vulneran mis derechos fundamentales y libertades públicas garantizados por la Constitución Española y demás normativa aplicable.</w:t>
      </w:r>
    </w:p>
    <w:p/>
    <w:p>
      <w:r>
        <w:rPr>
          <w:b w:val="0"/>
          <w:sz w:val="20"/>
        </w:rPr>
        <w:t>Los hechos objeto de esta queja son los siguientes: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 w:val="0"/>
          <w:sz w:val="20"/>
        </w:rPr>
        <w:t>He intentado resolver esta situación mediante los procedimientos ordinarios, sin haber obtenido respuesta satisfactoria ni efectiva protección de mis derechos. Por ello, recurro a su alta institución como garante de los derechos y libertades de los ciudadanos, a fin de que valore la situación y adopte las medidas oportunas para su reparación y solución.</w:t>
      </w:r>
    </w:p>
    <w:p/>
    <w:p>
      <w:r>
        <w:rPr>
          <w:b w:val="0"/>
          <w:sz w:val="20"/>
        </w:rPr>
        <w:t>Solicito expresamente que se investiguen los hechos relatados, y en su caso se emitan las recomendaciones o propuestas que se estimen pertinentes para la tutela efectiva de mis derechos y la prevención de futuras vulneraciones.</w:t>
      </w:r>
    </w:p>
    <w:p/>
    <w:p>
      <w:r>
        <w:rPr>
          <w:b w:val="0"/>
          <w:sz w:val="20"/>
        </w:rPr>
        <w:t>Adjunto a la presente toda la documentación que acredita y fundamenta mi reclamación.</w:t>
      </w:r>
    </w:p>
    <w:p/>
    <w:p/>
    <w:p>
      <w:r>
        <w:rPr>
          <w:b w:val="0"/>
          <w:sz w:val="20"/>
        </w:rPr>
        <w:t>Sin otro particular, y en espera de una pronta y favorable respuesta, le saludo atentamente.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Datos del Remitente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___________________________________________</w:t>
              <w:br/>
              <w:t>DNI/NIE : ___________________________________________</w:t>
              <w:br/>
              <w:t>Dirección : _________________________________________</w:t>
              <w:br/>
              <w:t>Teléfono : __________________________________________</w:t>
              <w:br/>
              <w:t>Correo Electrónico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https://lex-administrativo.com/modelo-de-carta-al-defensor-del-pueblo/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arta-al-defensor-del-puebl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