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BUROFAX</w:t>
      </w:r>
    </w:p>
    <w:p/>
    <w:p/>
    <w:p>
      <w:r>
        <w:rPr>
          <w:b/>
          <w:sz w:val="20"/>
        </w:rPr>
        <w:t>DATOS DEL REMITENTE</w:t>
      </w:r>
    </w:p>
    <w:p>
      <w:r>
        <w:rPr>
          <w:b w:val="0"/>
          <w:sz w:val="20"/>
        </w:rPr>
        <w:t>Nombre y Apellidos: _________________________________________________</w:t>
      </w:r>
    </w:p>
    <w:p>
      <w:r>
        <w:rPr>
          <w:b w:val="0"/>
          <w:sz w:val="20"/>
        </w:rPr>
        <w:t>DNI/NIE: ____________________________________________________________</w:t>
      </w:r>
    </w:p>
    <w:p>
      <w:r>
        <w:rPr>
          <w:b w:val="0"/>
          <w:sz w:val="20"/>
        </w:rPr>
        <w:t>Dirección: ___________________________________________________________</w:t>
      </w:r>
    </w:p>
    <w:p>
      <w:r>
        <w:rPr>
          <w:b w:val="0"/>
          <w:sz w:val="20"/>
        </w:rPr>
        <w:t>Teléfono: ____________________________________________________________</w:t>
      </w:r>
    </w:p>
    <w:p/>
    <w:p>
      <w:r>
        <w:rPr>
          <w:b/>
          <w:sz w:val="20"/>
        </w:rPr>
        <w:t>DATOS DEL DESTINATARIO</w:t>
      </w:r>
    </w:p>
    <w:p>
      <w:r>
        <w:rPr>
          <w:b w:val="0"/>
          <w:sz w:val="20"/>
        </w:rPr>
        <w:t>Nombre y Apellidos / Razón social: ____________________________________</w:t>
      </w:r>
    </w:p>
    <w:p>
      <w:r>
        <w:rPr>
          <w:b w:val="0"/>
          <w:sz w:val="20"/>
        </w:rPr>
        <w:t>DNI/NIE/CIF: _________________________________________________________</w:t>
      </w:r>
    </w:p>
    <w:p>
      <w:r>
        <w:rPr>
          <w:b w:val="0"/>
          <w:sz w:val="20"/>
        </w:rPr>
        <w:t>Dirección: ___________________________________________________________</w:t>
      </w:r>
    </w:p>
    <w:p/>
    <w:p>
      <w:r>
        <w:rPr>
          <w:b/>
          <w:sz w:val="20"/>
        </w:rPr>
        <w:t>ASUNTO</w:t>
      </w:r>
    </w:p>
    <w:p>
      <w:r>
        <w:rPr>
          <w:b w:val="0"/>
          <w:sz w:val="20"/>
        </w:rPr>
        <w:t>Por medio del presente burofax, se le comunica lo siguiente:</w:t>
      </w:r>
    </w:p>
    <w:p/>
    <w:p>
      <w:r>
        <w:rPr>
          <w:b/>
          <w:sz w:val="20"/>
        </w:rPr>
        <w:t>EXPONE</w:t>
      </w:r>
    </w:p>
    <w:p>
      <w:r>
        <w:rPr>
          <w:b w:val="0"/>
          <w:sz w:val="20"/>
        </w:rPr>
        <w:t>Que el remitente desea poner en su conocimiento los hechos que a continuación se detallan, los cuales requieren su inmediata atención y actuación conforme a derecho.</w:t>
      </w:r>
    </w:p>
    <w:p/>
    <w:p>
      <w:r>
        <w:rPr>
          <w:b/>
          <w:sz w:val="20"/>
        </w:rPr>
        <w:t>HECHOS</w:t>
      </w:r>
    </w:p>
    <w:p>
      <w:r>
        <w:rPr>
          <w:b w:val="0"/>
          <w:sz w:val="20"/>
        </w:rPr>
        <w:t>1. _________________________________________________________________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_________________________________________________________________</w:t>
      </w:r>
    </w:p>
    <w:p/>
    <w:p>
      <w:r>
        <w:rPr>
          <w:b/>
          <w:sz w:val="20"/>
        </w:rPr>
        <w:t>FUNDAMENTOS DE DERECHO</w:t>
      </w:r>
    </w:p>
    <w:p>
      <w:r>
        <w:rPr>
          <w:b w:val="0"/>
          <w:sz w:val="20"/>
        </w:rPr>
        <w:t>I. Conforme a lo establecido en el artículo 1091 del Código Civil, las obligaciones deben cumplirse de buena fe y con la diligencia debida.</w:t>
      </w:r>
    </w:p>
    <w:p>
      <w:r>
        <w:rPr>
          <w:b w:val="0"/>
          <w:sz w:val="20"/>
        </w:rPr>
        <w:t>II. En virtud del artículo 1124 del Código Civil, el acreedor puede optar por exigir el cumplimiento o la resolución del contrato en caso de incumplimiento.</w:t>
      </w:r>
    </w:p>
    <w:p/>
    <w:p>
      <w:r>
        <w:rPr>
          <w:b/>
          <w:sz w:val="20"/>
        </w:rPr>
        <w:t>PETICIÓN</w:t>
      </w:r>
    </w:p>
    <w:p>
      <w:r>
        <w:rPr>
          <w:b w:val="0"/>
          <w:sz w:val="20"/>
        </w:rPr>
        <w:t xml:space="preserve">Por todo lo expuesto, se requiere que en el plazo máximo de ______ días desde la recepción del presente burofax, proceda a: </w:t>
      </w:r>
    </w:p>
    <w:p>
      <w:r>
        <w:rPr>
          <w:b w:val="0"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</w:t>
      </w:r>
    </w:p>
    <w:p/>
    <w:p>
      <w:r>
        <w:rPr>
          <w:b w:val="0"/>
          <w:sz w:val="20"/>
        </w:rPr>
        <w:t>En caso de no recibir respuesta o incumplimiento en el plazo indicado, el remitente se reserva el derecho a ejercitar las acciones legales oportunas.</w:t>
      </w:r>
    </w:p>
    <w:p/>
    <w:p/>
    <w:p>
      <w:r>
        <w:rPr>
          <w:b w:val="0"/>
          <w:sz w:val="20"/>
        </w:rPr>
        <w:t>Lugar y fecha de envío: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REMITE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https://lex-administrativo.com/modelo-de-burofax/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de-burofax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