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ACTA DE REUNIÓN DE TRABAJO</w:t>
      </w:r>
    </w:p>
    <w:p/>
    <w:p>
      <w:r>
        <w:rPr>
          <w:b w:val="0"/>
          <w:sz w:val="20"/>
        </w:rPr>
        <w:t>Lugar : ________________________________________________    Hora : ______________________________</w:t>
      </w:r>
    </w:p>
    <w:p/>
    <w:p>
      <w:r>
        <w:rPr>
          <w:b/>
          <w:sz w:val="20"/>
        </w:rPr>
        <w:t>Asistentes :</w:t>
      </w:r>
    </w:p>
    <w:p>
      <w:r>
        <w:rPr>
          <w:b w:val="0"/>
          <w:sz w:val="20"/>
        </w:rPr>
        <w:t>Nombre y Apellidos : __________________________________________________________</w:t>
      </w:r>
    </w:p>
    <w:p>
      <w:r>
        <w:rPr>
          <w:b w:val="0"/>
          <w:sz w:val="20"/>
        </w:rPr>
        <w:t>Cargo/Departamento : __________________________________________________________</w:t>
      </w:r>
    </w:p>
    <w:p>
      <w:r>
        <w:rPr>
          <w:b w:val="0"/>
          <w:sz w:val="20"/>
        </w:rPr>
        <w:t>Nombre y Apellidos : __________________________________________________________</w:t>
      </w:r>
    </w:p>
    <w:p>
      <w:r>
        <w:rPr>
          <w:b w:val="0"/>
          <w:sz w:val="20"/>
        </w:rPr>
        <w:t>Cargo/Departamento : __________________________________________________________</w:t>
      </w:r>
    </w:p>
    <w:p>
      <w:r>
        <w:rPr>
          <w:b w:val="0"/>
          <w:sz w:val="20"/>
        </w:rPr>
        <w:t>Nombre y Apellidos : __________________________________________________________</w:t>
      </w:r>
    </w:p>
    <w:p>
      <w:r>
        <w:rPr>
          <w:b w:val="0"/>
          <w:sz w:val="20"/>
        </w:rPr>
        <w:t>Cargo/Departamento : __________________________________________________________</w:t>
      </w:r>
    </w:p>
    <w:p/>
    <w:p>
      <w:r>
        <w:rPr>
          <w:b/>
          <w:sz w:val="20"/>
        </w:rPr>
        <w:t>Orden del Día :</w:t>
      </w:r>
    </w:p>
    <w:p>
      <w:r>
        <w:rPr>
          <w:b w:val="0"/>
          <w:sz w:val="20"/>
        </w:rPr>
        <w:t>1. 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</w:t>
      </w:r>
    </w:p>
    <w:p/>
    <w:p>
      <w:r>
        <w:rPr>
          <w:b/>
          <w:sz w:val="20"/>
        </w:rPr>
        <w:t>Desarrollo de la Reunión :</w:t>
      </w:r>
    </w:p>
    <w:p>
      <w:r>
        <w:rPr>
          <w:b w:val="0"/>
          <w:sz w:val="20"/>
        </w:rPr>
        <w:t>Se procede a tratar los puntos del orden del día de forma detallada, recogiendo las intervenciones, acuerdos y observaciones relevantes realizadas por los asistentes. Cada punto se expone a continuación:</w:t>
      </w:r>
    </w:p>
    <w:p>
      <w:r>
        <w:rPr>
          <w:b w:val="0"/>
          <w:sz w:val="20"/>
        </w:rPr>
        <w:t>Punto 1: 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Punto 2: 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Punto 3: 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Punto 4: 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Acuerdos Adoptados :</w:t>
      </w:r>
    </w:p>
    <w:p>
      <w:r>
        <w:rPr>
          <w:b w:val="0"/>
          <w:sz w:val="20"/>
        </w:rPr>
        <w:t>1. 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</w:t>
      </w:r>
    </w:p>
    <w:p/>
    <w:p>
      <w:r>
        <w:rPr>
          <w:b/>
          <w:sz w:val="20"/>
        </w:rPr>
        <w:t>Responsables y Plazos :</w:t>
      </w:r>
    </w:p>
    <w:p>
      <w:r>
        <w:rPr>
          <w:b w:val="0"/>
          <w:sz w:val="20"/>
        </w:rPr>
        <w:t>Responsable : ___________________________    Plazo : ____________________________</w:t>
      </w:r>
    </w:p>
    <w:p>
      <w:r>
        <w:rPr>
          <w:b w:val="0"/>
          <w:sz w:val="20"/>
        </w:rPr>
        <w:t>Responsable : ___________________________    Plazo : ____________________________</w:t>
      </w:r>
    </w:p>
    <w:p>
      <w:r>
        <w:rPr>
          <w:b w:val="0"/>
          <w:sz w:val="20"/>
        </w:rPr>
        <w:t>Responsable : ___________________________    Plazo : ____________________________</w:t>
      </w:r>
    </w:p>
    <w:p/>
    <w:p>
      <w:r>
        <w:rPr>
          <w:b/>
          <w:sz w:val="20"/>
        </w:rPr>
        <w:t>Cláusula de Confidencialidad :</w:t>
      </w:r>
    </w:p>
    <w:p>
      <w:r>
        <w:rPr>
          <w:b w:val="0"/>
          <w:sz w:val="20"/>
        </w:rPr>
        <w:t>Los participantes se comprometen a mantener la confidencialidad sobre la información compartida durante la reunión y a utilizarla exclusivamente para los fines establecidos en la misma.</w:t>
      </w:r>
    </w:p>
    <w:p/>
    <w:p>
      <w:r>
        <w:rPr>
          <w:b/>
          <w:sz w:val="20"/>
        </w:rPr>
        <w:t>Cláusula de Validez :</w:t>
      </w:r>
    </w:p>
    <w:p>
      <w:r>
        <w:rPr>
          <w:b w:val="0"/>
          <w:sz w:val="20"/>
        </w:rPr>
        <w:t>El presente acta refleja de forma fiel y completa lo tratado y acordado en la reunión. Cualquier discrepancia deberá ser comunicada y subsanada en un plazo máximo de cinco días hábiles.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PRESIDENTE / MODERADOR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SECRETARIO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https://lex-administrativo.com/modelo-de-acta-de-reunion-de-trabajo/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acta-de-reunion-de-trabaj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