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CARTA DE RECLAMACIÓN POR DAÑOS</w:t>
      </w:r>
    </w:p>
    <w:p/>
    <w:p/>
    <w:p>
      <w:r>
        <w:rPr>
          <w:b/>
          <w:sz w:val="20"/>
        </w:rPr>
        <w:t>Datos del Remitente:</w:t>
      </w:r>
    </w:p>
    <w:p>
      <w:r>
        <w:rPr>
          <w:b w:val="0"/>
          <w:sz w:val="20"/>
        </w:rPr>
        <w:t>Nombre y Apellidos: _________________________________________________</w:t>
      </w:r>
    </w:p>
    <w:p>
      <w:r>
        <w:rPr>
          <w:b w:val="0"/>
          <w:sz w:val="20"/>
        </w:rPr>
        <w:t>Dirección: ___________________________________________________________</w:t>
      </w:r>
    </w:p>
    <w:p>
      <w:r>
        <w:rPr>
          <w:b w:val="0"/>
          <w:sz w:val="20"/>
        </w:rPr>
        <w:t>Teléfono: ____________________________________________________________</w:t>
      </w:r>
    </w:p>
    <w:p>
      <w:r>
        <w:rPr>
          <w:b w:val="0"/>
          <w:sz w:val="20"/>
        </w:rPr>
        <w:t>Correo electrónico: _________________________________________________</w:t>
      </w:r>
    </w:p>
    <w:p/>
    <w:p>
      <w:r>
        <w:rPr>
          <w:b/>
          <w:sz w:val="20"/>
        </w:rPr>
        <w:t>Datos del Destinatario:</w:t>
      </w:r>
    </w:p>
    <w:p>
      <w:r>
        <w:rPr>
          <w:b w:val="0"/>
          <w:sz w:val="20"/>
        </w:rPr>
        <w:t>Nombre / Razón social: ________________________________________________</w:t>
      </w:r>
    </w:p>
    <w:p>
      <w:r>
        <w:rPr>
          <w:b w:val="0"/>
          <w:sz w:val="20"/>
        </w:rPr>
        <w:t>Dirección: ___________________________________________________________</w:t>
      </w:r>
    </w:p>
    <w:p>
      <w:r>
        <w:rPr>
          <w:b w:val="0"/>
          <w:sz w:val="20"/>
        </w:rPr>
        <w:t>Teléfono: ____________________________________________________________</w:t>
      </w:r>
    </w:p>
    <w:p/>
    <w:p>
      <w:r>
        <w:rPr>
          <w:b/>
          <w:sz w:val="20"/>
        </w:rPr>
        <w:t>Asunto: Reclamación por daños y perjuicios ocasionados</w:t>
      </w:r>
    </w:p>
    <w:p/>
    <w:p>
      <w:r>
        <w:rPr>
          <w:b/>
          <w:sz w:val="20"/>
        </w:rPr>
        <w:t>Muy señores míos:</w:t>
      </w:r>
    </w:p>
    <w:p>
      <w:r>
        <w:rPr>
          <w:b w:val="0"/>
          <w:sz w:val="20"/>
        </w:rPr>
        <w:t>Por medio de la presente, y en base a lo establecido en el Código Civil y demás normativa aplicable, me dirijo a ustedes para reclamar formalmente la responsabilidad por los daños ocasionados como consecuencia de los hechos que a continuación se detallan.</w:t>
      </w:r>
    </w:p>
    <w:p/>
    <w:p>
      <w:r>
        <w:rPr>
          <w:b/>
          <w:sz w:val="20"/>
        </w:rPr>
        <w:t>Hechos:</w:t>
      </w:r>
    </w:p>
    <w:p>
      <w:r>
        <w:rPr>
          <w:b w:val="0"/>
          <w:sz w:val="20"/>
        </w:rPr>
        <w:t>El día _______________, en el lugar ______________________________________________________, se produjeron los siguientes daños: _______________________________________________________. Estos daños han causado perjuicios materiales que se describen y cuantifican a continuación.</w:t>
      </w:r>
    </w:p>
    <w:p/>
    <w:p>
      <w:r>
        <w:rPr>
          <w:b/>
          <w:sz w:val="20"/>
        </w:rPr>
        <w:t>Detalle de daños y perjuicios:</w:t>
      </w:r>
    </w:p>
    <w:p>
      <w:r>
        <w:rPr>
          <w:b w:val="0"/>
          <w:sz w:val="20"/>
        </w:rPr>
        <w:t>- Daño o perjuicio 1: _________________________________________________________________</w:t>
      </w:r>
    </w:p>
    <w:p>
      <w:r>
        <w:rPr>
          <w:b w:val="0"/>
          <w:sz w:val="20"/>
        </w:rPr>
        <w:t>- Daño o perjuicio 2: _________________________________________________________________</w:t>
      </w:r>
    </w:p>
    <w:p>
      <w:r>
        <w:rPr>
          <w:b w:val="0"/>
          <w:sz w:val="20"/>
        </w:rPr>
        <w:t>- Daño o perjuicio 3: _________________________________________________________________</w:t>
      </w:r>
    </w:p>
    <w:p/>
    <w:p>
      <w:r>
        <w:rPr>
          <w:b/>
          <w:sz w:val="20"/>
        </w:rPr>
        <w:t>Fundamento jurídico:</w:t>
      </w:r>
    </w:p>
    <w:p>
      <w:r>
        <w:rPr>
          <w:b w:val="0"/>
          <w:sz w:val="20"/>
        </w:rPr>
        <w:t>Conforme a lo previsto en el artículo 1902 del Código Civil, quien por acción u omisión cause daño a otro queda obligado a reparar el daño causado. De igual modo, la responsabilidad civil extracontractual establece la obligación de indemnizar los daños y perjuicios derivados.</w:t>
      </w:r>
    </w:p>
    <w:p/>
    <w:p>
      <w:r>
        <w:rPr>
          <w:b/>
          <w:sz w:val="20"/>
        </w:rPr>
        <w:t>Por todo lo anterior, solicito:</w:t>
      </w:r>
    </w:p>
    <w:p>
      <w:r>
        <w:rPr>
          <w:b w:val="0"/>
          <w:sz w:val="20"/>
        </w:rPr>
        <w:t>La reparación íntegra de los daños y perjuicios ocasionados, incluyendo los gastos derivados de la reparación, así como las posibles pérdidas ocasionadas por dichos daños.</w:t>
      </w:r>
    </w:p>
    <w:p/>
    <w:p>
      <w:r>
        <w:rPr>
          <w:b w:val="0"/>
          <w:sz w:val="20"/>
        </w:rPr>
        <w:t>En caso de no recibir respuesta satisfactoria en un plazo máximo de 15 días hábiles desde la recepción de la presente, me veré en la obligación de iniciar las acciones legales oportunas para la defensa de mis derechos.</w:t>
      </w:r>
    </w:p>
    <w:p/>
    <w:p/>
    <w:p>
      <w:r>
        <w:rPr>
          <w:b w:val="0"/>
          <w:sz w:val="20"/>
        </w:rPr>
        <w:t>Sin otro particular, quedo a la espera de su pronta respuesta.</w:t>
      </w:r>
    </w:p>
    <w:p/>
    <w:p/>
    <w:p>
      <w:r>
        <w:rPr>
          <w:b w:val="0"/>
          <w:sz w:val="20"/>
        </w:rPr>
        <w:t>Atentamente,</w:t>
      </w:r>
    </w:p>
    <w:p/>
    <w:p/>
    <w:p/>
    <w:p>
      <w:r>
        <w:rPr>
          <w:b w:val="0"/>
          <w:sz w:val="20"/>
        </w:rPr>
        <w:t>Firma: _______________________________</w:t>
      </w:r>
    </w:p>
    <w:p>
      <w:r>
        <w:rPr>
          <w:b w:val="0"/>
          <w:sz w:val="20"/>
        </w:rPr>
        <w:t>Nombre: ______________________________</w:t>
      </w:r>
    </w:p>
    <w:p/>
    <w:p/>
    <w:p>
      <w:r>
        <w:rPr>
          <w:b w:val="0"/>
          <w:sz w:val="20"/>
        </w:rPr>
        <w:t>Lugar: _______________________________________</w:t>
      </w:r>
    </w:p>
    <w:p>
      <w:r>
        <w:rPr>
          <w:b w:val="0"/>
          <w:sz w:val="20"/>
        </w:rPr>
        <w:t>Fecha: 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REMITENTE</w:t>
            </w:r>
          </w:p>
        </w:tc>
        <w:tc>
          <w:tcPr>
            <w:tcW w:type="dxa" w:w="4986"/>
            <w:tcBorders>
              <w:top w:val="nil"/>
              <w:left w:val="nil"/>
              <w:bottom w:val="nil"/>
              <w:right w:val="nil"/>
              <w:insideH w:val="nil"/>
              <w:insideV w:val="nil"/>
            </w:tcBorders>
          </w:tcPr>
          <w:p>
            <w:pPr>
              <w:jc w:val="center"/>
            </w:pPr>
            <w:r>
              <w:t>DESTINATARIO</w:t>
            </w:r>
          </w:p>
        </w:tc>
      </w:tr>
      <w:tr>
        <w:tc>
          <w:tcPr>
            <w:tcW w:type="dxa" w:w="4986"/>
            <w:tcBorders>
              <w:top w:val="nil"/>
              <w:left w:val="nil"/>
              <w:bottom w:val="nil"/>
              <w:right w:val="nil"/>
              <w:insideH w:val="nil"/>
              <w:insideV w:val="nil"/>
            </w:tcBorders>
          </w:tcPr>
          <w:p>
            <w:pPr>
              <w:jc w:val="center"/>
            </w:pPr>
            <w:r>
              <w:br/>
              <w:br/>
              <w:t>Firma: _________________________</w:t>
            </w:r>
          </w:p>
        </w:tc>
        <w:tc>
          <w:tcPr>
            <w:tcW w:type="dxa" w:w="4986"/>
            <w:tcBorders>
              <w:top w:val="nil"/>
              <w:left w:val="nil"/>
              <w:bottom w:val="nil"/>
              <w:right w:val="nil"/>
              <w:insideH w:val="nil"/>
              <w:insideV w:val="nil"/>
            </w:tcBorders>
          </w:tcPr>
          <w:p>
            <w:pPr>
              <w:jc w:val="center"/>
            </w:pPr>
            <w:r>
              <w:br/>
              <w:br/>
              <w:t>Firma: _________________________</w:t>
            </w:r>
          </w:p>
        </w:tc>
      </w:tr>
      <w:tr>
        <w:tc>
          <w:tcPr>
            <w:tcW w:type="dxa" w:w="4986"/>
            <w:tcBorders>
              <w:top w:val="nil"/>
              <w:left w:val="nil"/>
              <w:bottom w:val="nil"/>
              <w:right w:val="nil"/>
              <w:insideH w:val="nil"/>
              <w:insideV w:val="nil"/>
            </w:tcBorders>
          </w:tcPr>
          <w:p>
            <w:pPr>
              <w:jc w:val="center"/>
            </w:pPr>
            <w:r>
              <w:t>Nombre: ________________________________</w:t>
            </w:r>
          </w:p>
        </w:tc>
        <w:tc>
          <w:tcPr>
            <w:tcW w:type="dxa" w:w="4986"/>
            <w:tcBorders>
              <w:top w:val="nil"/>
              <w:left w:val="nil"/>
              <w:bottom w:val="nil"/>
              <w:right w:val="nil"/>
              <w:insideH w:val="nil"/>
              <w:insideV w:val="nil"/>
            </w:tcBorders>
          </w:tcPr>
          <w:p>
            <w:pPr>
              <w:jc w:val="center"/>
            </w:pPr>
            <w:r>
              <w:t>Nombre: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https://lex-administrativo.com/modelo-carta-de-reclamacion-por-danos/</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https://lex-administrativo.com</w:t>
        </w:r>
      </w:hyperlink>
    </w:p>
    <w:p>
      <w:pPr>
        <w:jc w:val="center"/>
      </w:pPr>
      <w:r>
        <w:rPr>
          <w:color w:val="808080"/>
          <w:sz w:val="20"/>
        </w:rPr>
        <w:t>Esta plantilla está destinada exclusivamente para uso personal y no comercial.</w:t>
        <w:br/>
        <w:t>En caso de distribución o publicación, es obligatorio mencionar la fuente. © lex-administrativo.com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administrativo.com/modelo-carta-de-reclamacion-por-danos/" TargetMode="External"/><Relationship Id="rId10" Type="http://schemas.openxmlformats.org/officeDocument/2006/relationships/hyperlink" Target="https://lex-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