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CARTA DE PORTE ADR</w:t>
      </w:r>
    </w:p>
    <w:p/>
    <w:p>
      <w:r>
        <w:rPr>
          <w:b w:val="0"/>
          <w:sz w:val="20"/>
        </w:rPr>
        <w:t>Lugar de expedición : ____________________________    Fecha : ____________________________</w:t>
      </w:r>
    </w:p>
    <w:p/>
    <w:p>
      <w:r>
        <w:rPr>
          <w:b/>
          <w:sz w:val="20"/>
        </w:rPr>
        <w:t>Datos del Expedidor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NIF/CIF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Remitente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NIF/CIF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Destinatario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NIF/CIF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Transportista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NIF/CIF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Vehículo y Conductor :</w:t>
      </w:r>
    </w:p>
    <w:p>
      <w:r>
        <w:rPr>
          <w:b w:val="0"/>
          <w:sz w:val="20"/>
        </w:rPr>
        <w:t>Matrícula del vehículo : ________________________________________________</w:t>
      </w:r>
    </w:p>
    <w:p>
      <w:r>
        <w:rPr>
          <w:b w:val="0"/>
          <w:sz w:val="20"/>
        </w:rPr>
        <w:t>Número de autorización ADR : ___________________________________________</w:t>
      </w:r>
    </w:p>
    <w:p>
      <w:r>
        <w:rPr>
          <w:b w:val="0"/>
          <w:sz w:val="20"/>
        </w:rPr>
        <w:t>Nombre del conductor : _________________________________________________</w:t>
      </w:r>
    </w:p>
    <w:p>
      <w:r>
        <w:rPr>
          <w:b w:val="0"/>
          <w:sz w:val="20"/>
        </w:rPr>
        <w:t>Número de licencia de conducción : _____________________________________</w:t>
      </w:r>
    </w:p>
    <w:p/>
    <w:p>
      <w:r>
        <w:rPr>
          <w:b/>
          <w:sz w:val="20"/>
        </w:rPr>
        <w:t>Datos de las Mercancías Peligrosas :</w:t>
      </w:r>
    </w:p>
    <w:p>
      <w:r>
        <w:rPr>
          <w:b w:val="0"/>
          <w:sz w:val="20"/>
        </w:rPr>
        <w:t>Descripción de la mercancía : ___________________________________________</w:t>
      </w:r>
    </w:p>
    <w:p>
      <w:r>
        <w:rPr>
          <w:b w:val="0"/>
          <w:sz w:val="20"/>
        </w:rPr>
        <w:t>Clase ADR : _____________________________________________________________</w:t>
      </w:r>
    </w:p>
    <w:p>
      <w:r>
        <w:rPr>
          <w:b w:val="0"/>
          <w:sz w:val="20"/>
        </w:rPr>
        <w:t>Número ONU : ___________________________________________________________</w:t>
      </w:r>
    </w:p>
    <w:p>
      <w:r>
        <w:rPr>
          <w:b w:val="0"/>
          <w:sz w:val="20"/>
        </w:rPr>
        <w:t>Cantidad : ______________________________________________________________</w:t>
      </w:r>
    </w:p>
    <w:p>
      <w:r>
        <w:rPr>
          <w:b w:val="0"/>
          <w:sz w:val="20"/>
        </w:rPr>
        <w:t>Embalaje : ______________________________________________________________</w:t>
      </w:r>
    </w:p>
    <w:p>
      <w:r>
        <w:rPr>
          <w:b w:val="0"/>
          <w:sz w:val="20"/>
        </w:rPr>
        <w:t>Número de bultos : _____________________________________________________</w:t>
      </w:r>
    </w:p>
    <w:p>
      <w:r>
        <w:rPr>
          <w:b w:val="0"/>
          <w:sz w:val="20"/>
        </w:rPr>
        <w:t>Peso bruto : ____________________________________________________________</w:t>
      </w:r>
    </w:p>
    <w:p/>
    <w:p>
      <w:r>
        <w:rPr>
          <w:b/>
          <w:sz w:val="20"/>
        </w:rPr>
        <w:t>Condiciones de Transporte :</w:t>
      </w:r>
    </w:p>
    <w:p>
      <w:r>
        <w:rPr>
          <w:b w:val="0"/>
          <w:sz w:val="20"/>
        </w:rPr>
        <w:t>El expedidor declara que las mercancías peligrosas objeto de este documento han sido correctamente embaladas, etiquetadas y declaradas conforme a la normativa ADR vigente.</w:t>
      </w:r>
    </w:p>
    <w:p>
      <w:r>
        <w:rPr>
          <w:b w:val="0"/>
          <w:sz w:val="20"/>
        </w:rPr>
        <w:t>El transportista se compromete a realizar el transporte conforme a la normativa ADR, garantizando la seguridad durante toda la operación.</w:t>
      </w:r>
    </w:p>
    <w:p/>
    <w:p>
      <w:r>
        <w:rPr>
          <w:b/>
          <w:sz w:val="20"/>
        </w:rPr>
        <w:t>Instrucciones al Conductor :</w:t>
      </w:r>
    </w:p>
    <w:p>
      <w:r>
        <w:rPr>
          <w:b w:val="0"/>
          <w:sz w:val="20"/>
        </w:rPr>
        <w:t>El conductor debe llevar consigo este documento durante todo el transporte y presentarlo a requerimiento de las autoridades competentes.</w:t>
      </w:r>
    </w:p>
    <w:p>
      <w:r>
        <w:rPr>
          <w:b w:val="0"/>
          <w:sz w:val="20"/>
        </w:rPr>
        <w:t>En caso de accidente o incidente, deberá avisar inmediatamente a los servicios de emergencia y seguir las instrucciones correspondientes.</w:t>
      </w:r>
    </w:p>
    <w:p/>
    <w:p>
      <w:r>
        <w:rPr>
          <w:b/>
          <w:sz w:val="20"/>
        </w:rPr>
        <w:t>Responsabilidades :</w:t>
      </w:r>
    </w:p>
    <w:p>
      <w:r>
        <w:rPr>
          <w:b w:val="0"/>
          <w:sz w:val="20"/>
        </w:rPr>
        <w:t>El expedidor responde de la exactitud de la información facilitada y del cumplimiento de las prescripciones relativas al embalaje y marcado.</w:t>
      </w:r>
    </w:p>
    <w:p>
      <w:r>
        <w:rPr>
          <w:b w:val="0"/>
          <w:sz w:val="20"/>
        </w:rPr>
        <w:t>El transportista es responsable de la correcta ejecución del transporte conforme a la normativa ADR.</w:t>
      </w:r>
    </w:p>
    <w:p>
      <w:r>
        <w:rPr>
          <w:b w:val="0"/>
          <w:sz w:val="20"/>
        </w:rPr>
        <w:t>El destinatario debe recibir y manipular las mercancías peligrosas conforme a la legislación aplicable.</w:t>
      </w:r>
    </w:p>
    <w:p/>
    <w:p/>
    <w:p>
      <w:r>
        <w:rPr>
          <w:b w:val="0"/>
          <w:sz w:val="20"/>
        </w:rPr>
        <w:t>Lugar y fecha de recepción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EXPEDIDOR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TRANSPORTISTA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sello 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sello 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https://lex-administrativo.com/modelo-carta-de-porte-adr/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carta-de-porte-adr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