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DE CAMBIO DE GESTORÍA</w:t>
      </w:r>
    </w:p>
    <w:p/>
    <w:p/>
    <w:p>
      <w:r>
        <w:rPr>
          <w:b w:val="0"/>
          <w:sz w:val="20"/>
        </w:rPr>
        <w:t>A la atención de:</w:t>
      </w:r>
    </w:p>
    <w:p>
      <w:r>
        <w:rPr>
          <w:b w:val="0"/>
          <w:sz w:val="20"/>
        </w:rPr>
        <w:t>Departamento de Atención al Cliente</w:t>
      </w:r>
    </w:p>
    <w:p>
      <w:r>
        <w:rPr>
          <w:b w:val="0"/>
          <w:sz w:val="20"/>
        </w:rPr>
        <w:t>_______________________________ (Nombre de la Gestoría Actual)</w:t>
      </w:r>
    </w:p>
    <w:p>
      <w:r>
        <w:rPr>
          <w:b w:val="0"/>
          <w:sz w:val="20"/>
        </w:rPr>
        <w:t>Dirección: ________________________________________________</w:t>
      </w:r>
    </w:p>
    <w:p>
      <w:r>
        <w:rPr>
          <w:b w:val="0"/>
          <w:sz w:val="20"/>
        </w:rPr>
        <w:t>Ciudad: _________________________________________________</w:t>
      </w:r>
    </w:p>
    <w:p/>
    <w:p/>
    <w:p>
      <w:r>
        <w:rPr>
          <w:b/>
          <w:sz w:val="20"/>
        </w:rPr>
        <w:t>Asunto: Cambio de gestoría para la gestión de trámites administrativos</w:t>
      </w:r>
    </w:p>
    <w:p/>
    <w:p>
      <w:r>
        <w:rPr>
          <w:b w:val="0"/>
          <w:sz w:val="20"/>
        </w:rPr>
        <w:t>Estimados señores,</w:t>
      </w:r>
    </w:p>
    <w:p/>
    <w:p>
      <w:r>
        <w:rPr>
          <w:b w:val="0"/>
          <w:sz w:val="20"/>
        </w:rPr>
        <w:t>Por medio de la presente, yo, D/Dña. _____________________________________________________, con DNI/NIE nº ____________________________, y domicilio en __________________________________________________________________________________, comunico formalmente el cambio de gestoría para la gestión y tramitación de los asuntos administrativos vinculados a mis vehículos y otros trámites relacionados.</w:t>
      </w:r>
    </w:p>
    <w:p/>
    <w:p>
      <w:r>
        <w:rPr>
          <w:b w:val="0"/>
          <w:sz w:val="20"/>
        </w:rPr>
        <w:t>En consecuencia, les solicito que a partir de la recepción de esta carta cesen en su actuación como gestoría encargada de mis trámites y que faciliten la documentación, información y gestión necesaria para que la nueva gestoría pueda realizar las actuaciones correspondientes sin impedimentos.</w:t>
      </w:r>
    </w:p>
    <w:p/>
    <w:p>
      <w:r>
        <w:rPr>
          <w:b w:val="0"/>
          <w:sz w:val="20"/>
        </w:rPr>
        <w:t>Los datos de la nueva gestoría designada para llevar a cabo dichas gestiones son los siguientes:</w:t>
      </w:r>
    </w:p>
    <w:p>
      <w:r>
        <w:rPr>
          <w:b w:val="0"/>
          <w:sz w:val="20"/>
        </w:rPr>
        <w:t>Nombre / Razón Social : ____________________________________________________________</w:t>
      </w:r>
    </w:p>
    <w:p>
      <w:r>
        <w:rPr>
          <w:b w:val="0"/>
          <w:sz w:val="20"/>
        </w:rPr>
        <w:t>CIF / NIF : _________________________________________________________________________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_________________________________________________________________________</w:t>
      </w:r>
    </w:p>
    <w:p>
      <w:r>
        <w:rPr>
          <w:b w:val="0"/>
          <w:sz w:val="20"/>
        </w:rPr>
        <w:t>Correo Electrónico : _________________________________________________________________</w:t>
      </w:r>
    </w:p>
    <w:p/>
    <w:p>
      <w:r>
        <w:rPr>
          <w:b w:val="0"/>
          <w:sz w:val="20"/>
        </w:rPr>
        <w:t>Autorizo expresamente a la nueva gestoría para que gestione en mi nombre todos los trámites que sean necesarios, incluyendo la recogida y entrega de documentación, presentación de solicitudes y cualquier otra gestión administrativa necesaria.</w:t>
      </w:r>
    </w:p>
    <w:p/>
    <w:p>
      <w:r>
        <w:rPr>
          <w:b w:val="0"/>
          <w:sz w:val="20"/>
        </w:rPr>
        <w:t>Agradezco la atención prestada hasta la fecha y solicito la confirmación por escrito de la recepción y aceptación de este cambio.</w:t>
      </w:r>
    </w:p>
    <w:p/>
    <w:p/>
    <w:p>
      <w:r>
        <w:rPr>
          <w:b w:val="0"/>
          <w:sz w:val="20"/>
        </w:rPr>
        <w:t>Sin otro particular, les saluda atentamente,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Firma: ____________________________________________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Nombre: __________________________________________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DNI/NIE: 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https://lex-administrativo.com/modelo-carta-cambio-de-gestoria/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carta-cambio-de-gestoria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