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ALEGACIONES ANTE EL INSTITUTO NACIONAL DE LA SEGURIDAD SOCIAL</w:t>
      </w:r>
    </w:p>
    <w:p/>
    <w:p/>
    <w:p>
      <w:r>
        <w:rPr>
          <w:b/>
          <w:sz w:val="20"/>
        </w:rPr>
        <w:t>D./Dña. _______________________________________________, con DNI/NIE nº ____________________, y domicilio a efectos de notificaciones en ________________________________________________________________, ante el Instituto Nacional de la Seguridad Social comparezco y, como mejor proceda en Derecho, DIGO: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Primero.- Que mediante resolución administrativa notificada a esta parte con fecha ________________, se ha dictado acuerdo desfavorable en relación con ________________________________ (indicar prestación, pensión o trámite).</w:t>
      </w:r>
    </w:p>
    <w:p/>
    <w:p>
      <w:r>
        <w:rPr>
          <w:b/>
          <w:sz w:val="20"/>
        </w:rPr>
        <w:t>Segundo.- Que no estando conforme con la mencionada resolución, interpongo las siguientes alegaciones que paso a exponer:</w:t>
      </w:r>
    </w:p>
    <w:p/>
    <w:p>
      <w:r>
        <w:rPr>
          <w:b/>
          <w:sz w:val="20"/>
        </w:rPr>
        <w:t>ALEGACIONES:</w:t>
      </w:r>
    </w:p>
    <w:p>
      <w:r>
        <w:rPr>
          <w:b w:val="0"/>
          <w:sz w:val="20"/>
        </w:rPr>
        <w:t>1. La resolución impugnada adolece de error en la valoración de la prueba aportada, ya que _______________________________________________________________.</w:t>
      </w:r>
    </w:p>
    <w:p/>
    <w:p>
      <w:r>
        <w:rPr>
          <w:b w:val="0"/>
          <w:sz w:val="20"/>
        </w:rPr>
        <w:t>2. Se ha producido una incorrecta interpretación de la normativa aplicable, específicamente en relación con _______________________________________________.</w:t>
      </w:r>
    </w:p>
    <w:p/>
    <w:p>
      <w:r>
        <w:rPr>
          <w:b w:val="0"/>
          <w:sz w:val="20"/>
        </w:rPr>
        <w:t>3. Considero que concurren las circunstancias exigidas para la concesión/modificación/reconocimiento de la prestación solicitada, conforme a lo establecido en ___________________________________________________.</w:t>
      </w:r>
    </w:p>
    <w:p/>
    <w:p>
      <w:r>
        <w:rPr>
          <w:b/>
          <w:sz w:val="20"/>
        </w:rPr>
        <w:t>Por todo lo expuesto, SOLICITO que se tenga por presentadas las presentes alegaciones y, en su virtud, se revoque o modifique la resolución recurrida conforme a lo solicitado.</w:t>
      </w:r>
    </w:p>
    <w:p/>
    <w:p/>
    <w:p>
      <w:r>
        <w:rPr>
          <w:b/>
          <w:sz w:val="20"/>
        </w:rPr>
        <w:t>DOCUMENTACIÓN QUE SE APORTA:</w:t>
      </w:r>
    </w:p>
    <w:p>
      <w:r>
        <w:rPr>
          <w:b w:val="0"/>
          <w:sz w:val="20"/>
        </w:rPr>
        <w:t>- Copia de la resolución impugnada.</w:t>
      </w:r>
    </w:p>
    <w:p>
      <w:r>
        <w:rPr>
          <w:b w:val="0"/>
          <w:sz w:val="20"/>
        </w:rPr>
        <w:t>- Documentos acreditativos de las circunstancias alegadas.</w:t>
      </w:r>
    </w:p>
    <w:p>
      <w:r>
        <w:rPr>
          <w:b w:val="0"/>
          <w:sz w:val="20"/>
        </w:rPr>
        <w:t>- Otros documentos relevantes: ____________________________________________</w:t>
      </w:r>
    </w:p>
    <w:p/>
    <w:p/>
    <w:p>
      <w:r>
        <w:rPr>
          <w:b w:val="0"/>
          <w:sz w:val="20"/>
        </w:rPr>
        <w:t>En ____________________, a ____ de ______________ de _______.</w:t>
      </w:r>
    </w:p>
    <w:p/>
    <w:p/>
    <w:p/>
    <w:p>
      <w:r>
        <w:rPr>
          <w:b/>
          <w:sz w:val="20"/>
        </w:rPr>
        <w:t>Firma:</w:t>
      </w:r>
    </w:p>
    <w:p>
      <w:r>
        <w:rPr>
          <w:b w:val="0"/>
          <w:sz w:val="20"/>
        </w:rPr>
        <w:t>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interesado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https://lex-administrativo.com/modelo-alegaciones-inss/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alegaciones-ins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