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DENUNCIA DE PÉRDIDA DE DOCUMENTO NACIONAL DE IDENTIDAD (D.N.I.)</w:t>
      </w:r>
    </w:p>
    <w:p/>
    <w:p/>
    <w:p>
      <w:r>
        <w:rPr>
          <w:b/>
          <w:sz w:val="20"/>
        </w:rPr>
        <w:t>Yo, Don/Doña : __________________________________________________________</w:t>
      </w:r>
    </w:p>
    <w:p>
      <w:r>
        <w:rPr>
          <w:b w:val="0"/>
          <w:sz w:val="20"/>
        </w:rPr>
        <w:t>Con domicilio en : ______________________________________________________</w:t>
      </w:r>
    </w:p>
    <w:p>
      <w:r>
        <w:rPr>
          <w:b w:val="0"/>
          <w:sz w:val="20"/>
        </w:rPr>
        <w:t>Número de Documento Nacional de Identidad (D.N.I.) : ______________________</w:t>
      </w:r>
    </w:p>
    <w:p>
      <w:r>
        <w:rPr>
          <w:b w:val="0"/>
          <w:sz w:val="20"/>
        </w:rPr>
        <w:t>Teléfono de contacto : ___________________________________________________</w:t>
      </w:r>
    </w:p>
    <w:p/>
    <w:p>
      <w:r>
        <w:rPr>
          <w:b/>
          <w:sz w:val="20"/>
        </w:rPr>
        <w:t>EXPONGO :</w:t>
      </w:r>
    </w:p>
    <w:p>
      <w:r>
        <w:rPr>
          <w:b w:val="0"/>
          <w:sz w:val="20"/>
        </w:rPr>
        <w:t>Que he perdido el Documento Nacional de Identidad, con número : ________________, en circunstancias que a continuación se describen:</w:t>
      </w:r>
    </w:p>
    <w:p>
      <w:r>
        <w:rPr>
          <w:b w:val="0"/>
          <w:sz w:val="20"/>
        </w:rPr>
        <w:t>Lugar aproximado de la pérdida : ___________________________________________</w:t>
      </w:r>
    </w:p>
    <w:p>
      <w:r>
        <w:rPr>
          <w:b w:val="0"/>
          <w:sz w:val="20"/>
        </w:rPr>
        <w:t>Fecha aproximada de la pérdida : ___________________________________________</w:t>
      </w:r>
    </w:p>
    <w:p>
      <w:r>
        <w:rPr>
          <w:b w:val="0"/>
          <w:sz w:val="20"/>
        </w:rPr>
        <w:t>Circunstancias de la pérdida : 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DECLARO bajo mi responsabilidad que no he hecho uso fraudulento ni autorizo a persona alguna para que haga uso de dicho documento perdido.</w:t>
      </w:r>
    </w:p>
    <w:p/>
    <w:p>
      <w:r>
        <w:rPr>
          <w:b/>
          <w:sz w:val="20"/>
        </w:rPr>
        <w:t>SOLICITO :</w:t>
      </w:r>
    </w:p>
    <w:p>
      <w:r>
        <w:rPr>
          <w:b w:val="0"/>
          <w:sz w:val="20"/>
        </w:rPr>
        <w:t>Que se proceda a la anotación de la pérdida del Documento Nacional de Identidad arriba indicado, y se me expida un duplicado conforme a la normativa vigente.</w:t>
      </w:r>
    </w:p>
    <w:p/>
    <w:p>
      <w:r>
        <w:rPr>
          <w:b/>
          <w:sz w:val="20"/>
        </w:rPr>
        <w:t>AVISO LEGAL :</w:t>
      </w:r>
    </w:p>
    <w:p>
      <w:r>
        <w:rPr>
          <w:b w:val="0"/>
          <w:sz w:val="20"/>
        </w:rPr>
        <w:t>De conformidad con lo establecido en la Ley Orgánica 4/2015, de Protección de la Seguridad Ciudadana, la falsedad o inexactitud en esta declaración podrá ser objeto de sanción administrativa o penal, según proceda.</w:t>
      </w:r>
    </w:p>
    <w:p/>
    <w:p>
      <w:r>
        <w:rPr>
          <w:b w:val="0"/>
          <w:sz w:val="20"/>
        </w:rPr>
        <w:t>Lugar de la denuncia : _____________________________________________</w:t>
      </w:r>
    </w:p>
    <w:p>
      <w:r>
        <w:rPr>
          <w:b w:val="0"/>
          <w:sz w:val="20"/>
        </w:rPr>
        <w:t>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denunciante 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completo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https://lex-administrativo.com/denuncia-d.n.i.-perdido-plantilla/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denuncia-d.n.i.-perdido-plantill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