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TAREAS PARA CONVALIDAR PRÁCTICAS</w:t>
      </w:r>
    </w:p>
    <w:p/>
    <w:p/>
    <w:p>
      <w:r>
        <w:rPr>
          <w:b/>
          <w:sz w:val="20"/>
        </w:rPr>
        <w:t>Datos del Alumno/a: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>
      <w:r>
        <w:rPr>
          <w:b w:val="0"/>
          <w:sz w:val="20"/>
        </w:rPr>
        <w:t>Curso/Especialidad : _________________________________________________</w:t>
      </w:r>
    </w:p>
    <w:p/>
    <w:p>
      <w:r>
        <w:rPr>
          <w:b/>
          <w:sz w:val="20"/>
        </w:rPr>
        <w:t>Datos de la Empresa:</w:t>
      </w:r>
    </w:p>
    <w:p>
      <w:r>
        <w:rPr>
          <w:b w:val="0"/>
          <w:sz w:val="20"/>
        </w:rPr>
        <w:t>Nombre / Razón Social : _____________________________________________</w:t>
      </w:r>
    </w:p>
    <w:p>
      <w:r>
        <w:rPr>
          <w:b w:val="0"/>
          <w:sz w:val="20"/>
        </w:rPr>
        <w:t>CIF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Descripción de las tareas realizadas durante el periodo de prácticas: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>
      <w:r>
        <w:rPr>
          <w:b/>
          <w:sz w:val="20"/>
        </w:rPr>
        <w:t>Duración del periodo de prácticas :</w:t>
      </w:r>
    </w:p>
    <w:p>
      <w:r>
        <w:rPr>
          <w:b w:val="0"/>
          <w:sz w:val="20"/>
        </w:rPr>
        <w:t>Desde _______________________ hasta ________________________________</w:t>
      </w:r>
    </w:p>
    <w:p>
      <w:r>
        <w:rPr>
          <w:b w:val="0"/>
          <w:sz w:val="20"/>
        </w:rPr>
        <w:t>Horario semanal de realización : _____________________________________</w:t>
      </w:r>
    </w:p>
    <w:p/>
    <w:p>
      <w:r>
        <w:rPr>
          <w:b/>
          <w:sz w:val="20"/>
        </w:rPr>
        <w:t>Certificación de la empresa:</w:t>
      </w:r>
    </w:p>
    <w:p>
      <w:r>
        <w:rPr>
          <w:b w:val="0"/>
          <w:sz w:val="20"/>
        </w:rPr>
        <w:t>Por la presente, se certifica que el/la alumno/a ha realizado las tareas</w:t>
      </w:r>
    </w:p>
    <w:p>
      <w:r>
        <w:rPr>
          <w:b w:val="0"/>
          <w:sz w:val="20"/>
        </w:rPr>
        <w:t>describidas anteriormente conforme a las condiciones establecidas, bajo la</w:t>
      </w:r>
    </w:p>
    <w:p>
      <w:r>
        <w:rPr>
          <w:b w:val="0"/>
          <w:sz w:val="20"/>
        </w:rPr>
        <w:t>supervisión y responsabilidad de esta empresa, y que dichos trabajos se</w:t>
      </w:r>
    </w:p>
    <w:p>
      <w:r>
        <w:rPr>
          <w:b w:val="0"/>
          <w:sz w:val="20"/>
        </w:rPr>
        <w:t>ajustan a los objetivos formativos del programa de prácticas.</w:t>
      </w:r>
    </w:p>
    <w:p/>
    <w:p/>
    <w:p>
      <w:r>
        <w:rPr>
          <w:b w:val="0"/>
          <w:sz w:val="20"/>
        </w:rPr>
        <w:t>Lugar de emisión : _________________________________________________</w:t>
      </w:r>
    </w:p>
    <w:p>
      <w:r>
        <w:rPr>
          <w:b/>
          <w:sz w:val="20"/>
        </w:rPr>
        <w:t>Firma y sello de la empresa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ALUMNO/A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https://lex-administrativo.com/certificado-de-tareas-para-convalidar-practicas/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certificado-de-tareas-para-convalidar-practica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