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SOLICITUD</w:t>
      </w:r>
    </w:p>
    <w:p/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________________________________________________________</w:t>
      </w:r>
    </w:p>
    <w:p>
      <w:r>
        <w:rPr>
          <w:b w:val="0"/>
          <w:sz w:val="20"/>
        </w:rPr>
        <w:t>Cargo / Departamento: ___________________________________</w:t>
      </w:r>
    </w:p>
    <w:p>
      <w:r>
        <w:rPr>
          <w:b w:val="0"/>
          <w:sz w:val="20"/>
        </w:rPr>
        <w:t>Empresa / Institución: ___________________________________</w:t>
      </w:r>
    </w:p>
    <w:p>
      <w:r>
        <w:rPr>
          <w:b w:val="0"/>
          <w:sz w:val="20"/>
        </w:rPr>
        <w:t>Dirección: _____________________________________________</w:t>
      </w:r>
    </w:p>
    <w:p>
      <w:r>
        <w:rPr>
          <w:b w:val="0"/>
          <w:sz w:val="20"/>
        </w:rPr>
        <w:t>Ciudad: ________________________________________________</w:t>
      </w:r>
    </w:p>
    <w:p/>
    <w:p/>
    <w:p>
      <w:r>
        <w:rPr>
          <w:b w:val="0"/>
          <w:sz w:val="20"/>
        </w:rPr>
        <w:t>Estimados señores,</w:t>
      </w:r>
    </w:p>
    <w:p/>
    <w:p>
      <w:r>
        <w:rPr>
          <w:b/>
          <w:sz w:val="20"/>
        </w:rPr>
        <w:t>Por medio de la presente, me dirijo a ustedes con el debido respeto para solicitar:</w:t>
      </w:r>
    </w:p>
    <w:p/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Los motivos que fundamentan esta petición son los siguientes:</w:t>
      </w:r>
    </w:p>
    <w:p/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Quedo a su disposición para proporcionar cualquier información adicional que fuera necesaria y confío en la atención favorable a esta solicitud.</w:t>
      </w:r>
    </w:p>
    <w:p/>
    <w:p/>
    <w:p>
      <w:r>
        <w:rPr>
          <w:b w:val="0"/>
          <w:sz w:val="20"/>
        </w:rPr>
        <w:t>Sin otro particular, les saluda 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y apellidos: 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DNI/NIE/Pasaporte: ________________________________________________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Teléfono y/o correo electrónico: ___________________________________</w:t>
            </w:r>
          </w:p>
        </w:tc>
      </w:tr>
    </w:tbl>
    <w:p/>
    <w:p/>
    <w:p>
      <w:r>
        <w:rPr>
          <w:b w:val="0"/>
          <w:sz w:val="20"/>
        </w:rPr>
        <w:t>Lugar y fecha: ___________________________________________________________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https://lex-administrativo.com/carta-de-solicitud-para-pedir-algo/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carta-de-solicitud-para-pedir-alg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