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CARTA DE ACTUALIZACIÓN DE DATOS PERSONALES</w:t>
      </w:r>
    </w:p>
    <w:p/>
    <w:p/>
    <w:p>
      <w:r>
        <w:rPr>
          <w:b/>
          <w:sz w:val="20"/>
        </w:rPr>
        <w:t>A la atención de:</w:t>
      </w:r>
    </w:p>
    <w:p>
      <w:r>
        <w:rPr>
          <w:b w:val="0"/>
          <w:sz w:val="20"/>
        </w:rPr>
        <w:t>Departamento de Atención al Cliente / Administración</w:t>
      </w:r>
    </w:p>
    <w:p>
      <w:r>
        <w:rPr>
          <w:b w:val="0"/>
          <w:sz w:val="20"/>
        </w:rPr>
        <w:t>____________________________________________________________</w:t>
      </w:r>
    </w:p>
    <w:p/>
    <w:p/>
    <w:p>
      <w:r>
        <w:rPr>
          <w:b/>
          <w:sz w:val="20"/>
        </w:rPr>
        <w:t>Asunto: Actualización de datos personales</w:t>
      </w:r>
    </w:p>
    <w:p/>
    <w:p/>
    <w:p>
      <w:r>
        <w:rPr>
          <w:b w:val="0"/>
          <w:sz w:val="20"/>
        </w:rPr>
        <w:t>Estimados señores,</w:t>
      </w:r>
    </w:p>
    <w:p/>
    <w:p>
      <w:r>
        <w:rPr>
          <w:b w:val="0"/>
          <w:sz w:val="20"/>
        </w:rPr>
        <w:t>Por la presente, y en base a lo establecido en la normativa vigente en materia de protección de datos personales, me dirijo a ustedes con el fin de solicitar la actualización de mis datos personales registrados en su entidad.</w:t>
      </w:r>
    </w:p>
    <w:p/>
    <w:p>
      <w:r>
        <w:rPr>
          <w:b/>
          <w:sz w:val="20"/>
        </w:rPr>
        <w:t>Datos actuales a actualizar:</w:t>
      </w:r>
    </w:p>
    <w:p>
      <w:r>
        <w:rPr>
          <w:b w:val="0"/>
          <w:sz w:val="20"/>
        </w:rPr>
        <w:t>Nombre y apellidos : ___________________________________________________</w:t>
      </w:r>
    </w:p>
    <w:p>
      <w:r>
        <w:rPr>
          <w:b w:val="0"/>
          <w:sz w:val="20"/>
        </w:rPr>
        <w:t>DNI/NIE : _______________________________________________________________</w:t>
      </w:r>
    </w:p>
    <w:p>
      <w:r>
        <w:rPr>
          <w:b w:val="0"/>
          <w:sz w:val="20"/>
        </w:rPr>
        <w:t>Dirección postal : _______________________________________________________</w:t>
      </w:r>
    </w:p>
    <w:p>
      <w:r>
        <w:rPr>
          <w:b w:val="0"/>
          <w:sz w:val="20"/>
        </w:rPr>
        <w:t>Teléfono de contacto : ___________________________________________________</w:t>
      </w:r>
    </w:p>
    <w:p>
      <w:r>
        <w:rPr>
          <w:b w:val="0"/>
          <w:sz w:val="20"/>
        </w:rPr>
        <w:t>Correo electrónico : _____________________________________________________</w:t>
      </w:r>
    </w:p>
    <w:p/>
    <w:p>
      <w:r>
        <w:rPr>
          <w:b w:val="0"/>
          <w:sz w:val="20"/>
        </w:rPr>
        <w:t>Solicito que dichos datos sean modificados en sus registros conforme a la información facilitada, garantizando el correcto tratamiento y confidencialidad conforme a la legislación aplicable.</w:t>
      </w:r>
    </w:p>
    <w:p/>
    <w:p>
      <w:r>
        <w:rPr>
          <w:b w:val="0"/>
          <w:sz w:val="20"/>
        </w:rPr>
        <w:t>Asimismo, les solicito que me confirmen por escrito la actualización realizada y la fecha en que esta tendrá efecto.</w:t>
      </w:r>
    </w:p>
    <w:p/>
    <w:p>
      <w:r>
        <w:rPr>
          <w:b w:val="0"/>
          <w:sz w:val="20"/>
        </w:rPr>
        <w:t>Sin otro particular, quedo a su disposición para cualquier aclaración adicional que precisen.</w:t>
      </w:r>
    </w:p>
    <w:p/>
    <w:p/>
    <w:p>
      <w:r>
        <w:rPr>
          <w:b w:val="0"/>
          <w:sz w:val="20"/>
        </w:rPr>
        <w:t>Atentamente,</w:t>
      </w:r>
    </w:p>
    <w:p/>
    <w:p/>
    <w:p/>
    <w:p/>
    <w:p>
      <w:r>
        <w:rPr>
          <w:b w:val="0"/>
          <w:sz w:val="20"/>
        </w:rPr>
        <w:t>Firma : ________________________________</w:t>
      </w:r>
    </w:p>
    <w:p>
      <w:r>
        <w:rPr>
          <w:b w:val="0"/>
          <w:sz w:val="20"/>
        </w:rPr>
        <w:t>Nombre : _______________________________</w:t>
      </w:r>
    </w:p>
    <w:p>
      <w:r>
        <w:rPr>
          <w:b w:val="0"/>
          <w:sz w:val="20"/>
        </w:rPr>
        <w:t>DNI/NIE : ______________________________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Fecha de recepción : 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Número de expediente : 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Firma del receptor : 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Sello de la entidad : 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 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https://lex-administrativo.com/carta-de-actualizacion-de-datos/</w:t>
        </w:r>
      </w:hyperlink>
    </w:p>
    <w:p>
      <w:pPr>
        <w:jc w:val="center"/>
      </w:pPr>
      <w:r>
        <w:rPr>
          <w:color w:val="555555"/>
          <w:sz w:val="26"/>
        </w:rPr>
        <w:t>¿Le resultó útil esta plantilla?</w:t>
      </w:r>
    </w:p>
    <w:p>
      <w:pPr>
        <w:jc w:val="center"/>
      </w:pPr>
      <w:r>
        <w:rPr>
          <w:color w:val="555555"/>
          <w:sz w:val="26"/>
        </w:rPr>
        <w:t>Encuentre más plantillas actualizadas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https://lex-administrativo.com</w:t>
        </w:r>
      </w:hyperlink>
    </w:p>
    <w:p>
      <w:pPr>
        <w:jc w:val="center"/>
      </w:pPr>
      <w:r>
        <w:rPr>
          <w:color w:val="808080"/>
          <w:sz w:val="20"/>
        </w:rPr>
        <w:t>Esta plantilla está destinada exclusivamente para uso personal y no comercial.</w:t>
        <w:br/>
        <w:t>En caso de distribución o publicación, es obligatorio mencionar la fuente. © lex-administrativo.com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x-administrativo.com/carta-de-actualizacion-de-datos/" TargetMode="External"/><Relationship Id="rId10" Type="http://schemas.openxmlformats.org/officeDocument/2006/relationships/hyperlink" Target="https://lex-administrativ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